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INVESTIGACIÓN DE CINCO IA</w:t>
      </w:r>
    </w:p>
    <w:p>
      <w:pPr>
        <w:pStyle w:val="Subtitle"/>
      </w:pPr>
      <w:r>
        <w:t>Documento editable único · cinco fichas de 15 apartados + comparación y conclusiones</w:t>
      </w:r>
    </w:p>
    <w:p>
      <w:r>
        <w:t>Alumno/a: [NOMBRE Y APELLIDO]    Curso: [4.º ESO / grupo]    Fecha: [DD/MM/AAAA]</w:t>
      </w:r>
    </w:p>
    <w:p>
      <w:r>
        <w:t>INSTRUCCIONES: Completa una ficha por cada herramienta asignada. Sustituye los textos entre corchetes. No inventes información ni resultados. Indica fuentes y fechas. Al finalizar, exporta TODO este documento a PDF en 02_INVESTIGACION_FINAL.</w:t>
      </w:r>
    </w:p>
    <w:p>
      <w:pPr>
        <w:pStyle w:val="Heading1"/>
      </w:pPr>
      <w:r>
        <w:t>Relación de IA asignadas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1972"/>
        <w:gridCol w:w="1972"/>
        <w:gridCol w:w="1972"/>
        <w:gridCol w:w="1972"/>
        <w:gridCol w:w="1972"/>
      </w:tblGrid>
      <w:tr>
        <w:tc>
          <w:tcPr>
            <w:tcW w:type="dxa" w:w="1972"/>
          </w:tcPr>
          <w:p>
            <w:r>
              <w:t>ID</w:t>
            </w:r>
          </w:p>
        </w:tc>
        <w:tc>
          <w:tcPr>
            <w:tcW w:type="dxa" w:w="1972"/>
          </w:tcPr>
          <w:p>
            <w:r>
              <w:t>Herramienta</w:t>
            </w:r>
          </w:p>
        </w:tc>
        <w:tc>
          <w:tcPr>
            <w:tcW w:type="dxa" w:w="1972"/>
          </w:tcPr>
          <w:p>
            <w:r>
              <w:t>Categoría</w:t>
            </w:r>
          </w:p>
        </w:tc>
        <w:tc>
          <w:tcPr>
            <w:tcW w:type="dxa" w:w="1972"/>
          </w:tcPr>
          <w:p>
            <w:r>
              <w:t>Web oficial</w:t>
            </w:r>
          </w:p>
        </w:tc>
        <w:tc>
          <w:tcPr>
            <w:tcW w:type="dxa" w:w="1972"/>
          </w:tcPr>
          <w:p>
            <w:r>
              <w:t>Acceso</w:t>
            </w:r>
          </w:p>
        </w:tc>
      </w:tr>
      <w:tr>
        <w:tc>
          <w:tcPr>
            <w:tcW w:type="dxa" w:w="1972"/>
          </w:tcPr>
          <w:p>
            <w:r>
              <w:t>IA 1</w:t>
            </w:r>
          </w:p>
        </w:tc>
        <w:tc>
          <w:tcPr>
            <w:tcW w:type="dxa" w:w="1972"/>
          </w:tcPr>
          <w:p>
            <w:r>
              <w:t>[Nombre]</w:t>
            </w:r>
          </w:p>
        </w:tc>
        <w:tc>
          <w:tcPr>
            <w:tcW w:type="dxa" w:w="1972"/>
          </w:tcPr>
          <w:p>
            <w:r>
              <w:t>General</w:t>
            </w:r>
          </w:p>
        </w:tc>
        <w:tc>
          <w:tcPr>
            <w:tcW w:type="dxa" w:w="1972"/>
          </w:tcPr>
          <w:p>
            <w:r>
              <w:t>[URL]</w:t>
            </w:r>
          </w:p>
        </w:tc>
        <w:tc>
          <w:tcPr>
            <w:tcW w:type="dxa" w:w="1972"/>
          </w:tcPr>
          <w:p>
            <w:r>
              <w:t>[Estado]</w:t>
            </w:r>
          </w:p>
        </w:tc>
      </w:tr>
      <w:tr>
        <w:tc>
          <w:tcPr>
            <w:tcW w:type="dxa" w:w="1972"/>
          </w:tcPr>
          <w:p>
            <w:r>
              <w:t>IA 2</w:t>
            </w:r>
          </w:p>
        </w:tc>
        <w:tc>
          <w:tcPr>
            <w:tcW w:type="dxa" w:w="1972"/>
          </w:tcPr>
          <w:p>
            <w:r>
              <w:t>[Nombre]</w:t>
            </w:r>
          </w:p>
        </w:tc>
        <w:tc>
          <w:tcPr>
            <w:tcW w:type="dxa" w:w="1972"/>
          </w:tcPr>
          <w:p>
            <w:r>
              <w:t>[Especialidad]</w:t>
            </w:r>
          </w:p>
        </w:tc>
        <w:tc>
          <w:tcPr>
            <w:tcW w:type="dxa" w:w="1972"/>
          </w:tcPr>
          <w:p>
            <w:r>
              <w:t>[URL]</w:t>
            </w:r>
          </w:p>
        </w:tc>
        <w:tc>
          <w:tcPr>
            <w:tcW w:type="dxa" w:w="1972"/>
          </w:tcPr>
          <w:p>
            <w:r>
              <w:t>[Estado]</w:t>
            </w:r>
          </w:p>
        </w:tc>
      </w:tr>
      <w:tr>
        <w:tc>
          <w:tcPr>
            <w:tcW w:type="dxa" w:w="1972"/>
          </w:tcPr>
          <w:p>
            <w:r>
              <w:t>IA 3</w:t>
            </w:r>
          </w:p>
        </w:tc>
        <w:tc>
          <w:tcPr>
            <w:tcW w:type="dxa" w:w="1972"/>
          </w:tcPr>
          <w:p>
            <w:r>
              <w:t>[Nombre]</w:t>
            </w:r>
          </w:p>
        </w:tc>
        <w:tc>
          <w:tcPr>
            <w:tcW w:type="dxa" w:w="1972"/>
          </w:tcPr>
          <w:p>
            <w:r>
              <w:t>[Especialidad]</w:t>
            </w:r>
          </w:p>
        </w:tc>
        <w:tc>
          <w:tcPr>
            <w:tcW w:type="dxa" w:w="1972"/>
          </w:tcPr>
          <w:p>
            <w:r>
              <w:t>[URL]</w:t>
            </w:r>
          </w:p>
        </w:tc>
        <w:tc>
          <w:tcPr>
            <w:tcW w:type="dxa" w:w="1972"/>
          </w:tcPr>
          <w:p>
            <w:r>
              <w:t>[Estado]</w:t>
            </w:r>
          </w:p>
        </w:tc>
      </w:tr>
      <w:tr>
        <w:tc>
          <w:tcPr>
            <w:tcW w:type="dxa" w:w="1972"/>
          </w:tcPr>
          <w:p>
            <w:r>
              <w:t>IA 4</w:t>
            </w:r>
          </w:p>
        </w:tc>
        <w:tc>
          <w:tcPr>
            <w:tcW w:type="dxa" w:w="1972"/>
          </w:tcPr>
          <w:p>
            <w:r>
              <w:t>[Nombre]</w:t>
            </w:r>
          </w:p>
        </w:tc>
        <w:tc>
          <w:tcPr>
            <w:tcW w:type="dxa" w:w="1972"/>
          </w:tcPr>
          <w:p>
            <w:r>
              <w:t>[Especialidad]</w:t>
            </w:r>
          </w:p>
        </w:tc>
        <w:tc>
          <w:tcPr>
            <w:tcW w:type="dxa" w:w="1972"/>
          </w:tcPr>
          <w:p>
            <w:r>
              <w:t>[URL]</w:t>
            </w:r>
          </w:p>
        </w:tc>
        <w:tc>
          <w:tcPr>
            <w:tcW w:type="dxa" w:w="1972"/>
          </w:tcPr>
          <w:p>
            <w:r>
              <w:t>[Estado]</w:t>
            </w:r>
          </w:p>
        </w:tc>
      </w:tr>
      <w:tr>
        <w:tc>
          <w:tcPr>
            <w:tcW w:type="dxa" w:w="1972"/>
          </w:tcPr>
          <w:p>
            <w:r>
              <w:t>IA 5</w:t>
            </w:r>
          </w:p>
        </w:tc>
        <w:tc>
          <w:tcPr>
            <w:tcW w:type="dxa" w:w="1972"/>
          </w:tcPr>
          <w:p>
            <w:r>
              <w:t>[Nombre]</w:t>
            </w:r>
          </w:p>
        </w:tc>
        <w:tc>
          <w:tcPr>
            <w:tcW w:type="dxa" w:w="1972"/>
          </w:tcPr>
          <w:p>
            <w:r>
              <w:t>[Especialidad]</w:t>
            </w:r>
          </w:p>
        </w:tc>
        <w:tc>
          <w:tcPr>
            <w:tcW w:type="dxa" w:w="1972"/>
          </w:tcPr>
          <w:p>
            <w:r>
              <w:t>[URL]</w:t>
            </w:r>
          </w:p>
        </w:tc>
        <w:tc>
          <w:tcPr>
            <w:tcW w:type="dxa" w:w="1972"/>
          </w:tcPr>
          <w:p>
            <w:r>
              <w:t>[Estado]</w:t>
            </w:r>
          </w:p>
        </w:tc>
      </w:tr>
    </w:tbl>
    <w:p>
      <w:r>
        <w:br w:type="page"/>
      </w:r>
    </w:p>
    <w:p>
      <w:pPr>
        <w:pStyle w:val="Heading1"/>
      </w:pPr>
      <w:r>
        <w:t>FICHA IA 1 · [NOMBRE DE LA HERRAMIENTA]</w:t>
      </w:r>
    </w:p>
    <w:p>
      <w:pPr>
        <w:pStyle w:val="Heading2"/>
      </w:pPr>
      <w:r>
        <w:t>F1. Identificación</w:t>
      </w:r>
    </w:p>
    <w:p>
      <w:r>
        <w:t>Nombre oficial; desarrollador; web oficial; categoría; función principal; fecha de consulta.</w:t>
      </w:r>
    </w:p>
    <w:p>
      <w:r>
        <w:t>[Escribe aquí tu respuesta.]</w:t>
      </w:r>
    </w:p>
    <w:p>
      <w:pPr>
        <w:pStyle w:val="Heading2"/>
      </w:pPr>
      <w:r>
        <w:t>F2. Finalidad y aplicaciones</w:t>
      </w:r>
    </w:p>
    <w:p>
      <w:r>
        <w:t>¿Para qué sirve? Describe al menos tres aplicaciones concretas, si existen.</w:t>
      </w:r>
    </w:p>
    <w:p>
      <w:r>
        <w:t>[Escribe aquí tu respuesta.]</w:t>
      </w:r>
    </w:p>
    <w:p>
      <w:pPr>
        <w:pStyle w:val="Heading2"/>
      </w:pPr>
      <w:r>
        <w:t>F3. Funcionamiento</w:t>
      </w:r>
    </w:p>
    <w:p>
      <w:r>
        <w:t>Qué introduce el usuario, cómo da instrucciones, resultados, formatos y funciones principales.</w:t>
      </w:r>
    </w:p>
    <w:p>
      <w:r>
        <w:t>[Escribe aquí tu respuesta.]</w:t>
      </w:r>
    </w:p>
    <w:p>
      <w:pPr>
        <w:pStyle w:val="Heading2"/>
      </w:pPr>
      <w:r>
        <w:t>F4. Registro y restricciones</w:t>
      </w:r>
    </w:p>
    <w:p>
      <w:r>
        <w:t>Cuenta, edad mínima, autorizaciones, datos solicitados y restricciones.</w:t>
      </w:r>
    </w:p>
    <w:p>
      <w:r>
        <w:t>[Escribe aquí tu respuesta.]</w:t>
      </w:r>
    </w:p>
    <w:p>
      <w:pPr>
        <w:pStyle w:val="Heading2"/>
      </w:pPr>
      <w:r>
        <w:t>F5. Gratuidad</w:t>
      </w:r>
    </w:p>
    <w:p>
      <w:r>
        <w:t>Plan gratuito, prueba temporal, créditos, funciones limitadas, suscripciones. Diferencia prueba de gratuidad estable.</w:t>
      </w:r>
    </w:p>
    <w:p>
      <w:r>
        <w:t>[Escribe aquí tu respuesta.]</w:t>
      </w:r>
    </w:p>
    <w:p>
      <w:pPr>
        <w:pStyle w:val="Heading2"/>
      </w:pPr>
      <w:r>
        <w:t>F6. Limitaciones</w:t>
      </w:r>
    </w:p>
    <w:p>
      <w:r>
        <w:t>Créditos, generaciones, duración, calidad, marcas de agua, exportación y funciones bloqueadas.</w:t>
      </w:r>
    </w:p>
    <w:p>
      <w:r>
        <w:t>[Escribe aquí tu respuesta.]</w:t>
      </w:r>
    </w:p>
    <w:p>
      <w:pPr>
        <w:pStyle w:val="Heading2"/>
      </w:pPr>
      <w:r>
        <w:t>F7. Funcionalidades</w:t>
      </w:r>
    </w:p>
    <w:p>
      <w:r>
        <w:t>Hasta cinco funciones relevantes; señala cuáles has podido usar.</w:t>
      </w:r>
    </w:p>
    <w:p>
      <w:r>
        <w:t>[Escribe aquí tu respuesta.]</w:t>
      </w:r>
    </w:p>
    <w:p>
      <w:pPr>
        <w:pStyle w:val="Heading2"/>
      </w:pPr>
      <w:r>
        <w:t>F8. Dificultad (1–5)</w:t>
      </w:r>
    </w:p>
    <w:p>
      <w:r>
        <w:t>Puntuación y justificación con ejemplos reales: 1 muy fácil; 5 muy difícil.</w:t>
      </w:r>
    </w:p>
    <w:p>
      <w:r>
        <w:t>[Escribe aquí tu respuesta.]</w:t>
      </w:r>
    </w:p>
    <w:p>
      <w:pPr>
        <w:pStyle w:val="Heading2"/>
      </w:pPr>
      <w:r>
        <w:t>F9. Encargo del profesor</w:t>
      </w:r>
    </w:p>
    <w:p>
      <w:r>
        <w:t>Identificador, fecha, consigna EXACTA, requisitos y formato.</w:t>
      </w:r>
    </w:p>
    <w:p>
      <w:r>
        <w:t>[Escribe aquí tu respuesta.]</w:t>
      </w:r>
    </w:p>
    <w:p>
      <w:pPr>
        <w:pStyle w:val="Heading2"/>
      </w:pPr>
      <w:r>
        <w:t>F10. Procedimiento</w:t>
      </w:r>
    </w:p>
    <w:p>
      <w:r>
        <w:t>Instrucciones/prompts reales, ajustes, pasos, pruebas y modificaciones.</w:t>
      </w:r>
    </w:p>
    <w:p>
      <w:r>
        <w:t>[Escribe aquí tu respuesta.]</w:t>
      </w:r>
    </w:p>
    <w:p>
      <w:pPr>
        <w:pStyle w:val="Heading2"/>
      </w:pPr>
      <w:r>
        <w:t>F11. Resultados y evidencias</w:t>
      </w:r>
    </w:p>
    <w:p>
      <w:r>
        <w:t>Qué has obtenido; archivos y rutas exactas en Drive.</w:t>
      </w:r>
    </w:p>
    <w:p>
      <w:r>
        <w:t>[Escribe aquí tu respuesta.]</w:t>
      </w:r>
    </w:p>
    <w:p>
      <w:pPr>
        <w:pStyle w:val="Heading2"/>
      </w:pPr>
      <w:r>
        <w:t>F12. Problemas y soluciones</w:t>
      </w:r>
    </w:p>
    <w:p>
      <w:r>
        <w:t>Incidencias reales, soluciones intentadas y resultados. Si no hubo, indícalo.</w:t>
      </w:r>
    </w:p>
    <w:p>
      <w:r>
        <w:t>[Escribe aquí tu respuesta.]</w:t>
      </w:r>
    </w:p>
    <w:p>
      <w:pPr>
        <w:pStyle w:val="Heading2"/>
      </w:pPr>
      <w:r>
        <w:t>F13. Fiabilidad y privacidad</w:t>
      </w:r>
    </w:p>
    <w:p>
      <w:r>
        <w:t>Errores, límites, datos que no compartirías, precauciones y verificación.</w:t>
      </w:r>
    </w:p>
    <w:p>
      <w:r>
        <w:t>[Escribe aquí tu respuesta.]</w:t>
      </w:r>
    </w:p>
    <w:p>
      <w:pPr>
        <w:pStyle w:val="Heading2"/>
      </w:pPr>
      <w:r>
        <w:t>F14. Valoración personal</w:t>
      </w:r>
    </w:p>
    <w:p>
      <w:r>
        <w:t>Utilidad, posibles usos y mejoras; justifica tu opinión.</w:t>
      </w:r>
    </w:p>
    <w:p>
      <w:r>
        <w:t>[Escribe aquí tu respuesta.]</w:t>
      </w:r>
    </w:p>
    <w:p>
      <w:pPr>
        <w:pStyle w:val="Heading2"/>
      </w:pPr>
      <w:r>
        <w:t>F15. Fuentes consultadas</w:t>
      </w:r>
    </w:p>
    <w:p>
      <w:r>
        <w:t>URL, nombre de fuente y fecha de acceso; prioriza fuentes oficiales.</w:t>
      </w:r>
    </w:p>
    <w:p>
      <w:r>
        <w:t>[Escribe aquí tu respuesta.]</w:t>
      </w:r>
    </w:p>
    <w:p>
      <w:r>
        <w:br w:type="page"/>
      </w:r>
    </w:p>
    <w:p>
      <w:pPr>
        <w:pStyle w:val="Heading1"/>
      </w:pPr>
      <w:r>
        <w:t>FICHA IA 2 · [NOMBRE DE LA HERRAMIENTA]</w:t>
      </w:r>
    </w:p>
    <w:p>
      <w:pPr>
        <w:pStyle w:val="Heading2"/>
      </w:pPr>
      <w:r>
        <w:t>F1. Identificación</w:t>
      </w:r>
    </w:p>
    <w:p>
      <w:r>
        <w:t>Nombre oficial; desarrollador; web oficial; categoría; función principal; fecha de consulta.</w:t>
      </w:r>
    </w:p>
    <w:p>
      <w:r>
        <w:t>[Escribe aquí tu respuesta.]</w:t>
      </w:r>
    </w:p>
    <w:p>
      <w:pPr>
        <w:pStyle w:val="Heading2"/>
      </w:pPr>
      <w:r>
        <w:t>F2. Finalidad y aplicaciones</w:t>
      </w:r>
    </w:p>
    <w:p>
      <w:r>
        <w:t>¿Para qué sirve? Describe al menos tres aplicaciones concretas, si existen.</w:t>
      </w:r>
    </w:p>
    <w:p>
      <w:r>
        <w:t>[Escribe aquí tu respuesta.]</w:t>
      </w:r>
    </w:p>
    <w:p>
      <w:pPr>
        <w:pStyle w:val="Heading2"/>
      </w:pPr>
      <w:r>
        <w:t>F3. Funcionamiento</w:t>
      </w:r>
    </w:p>
    <w:p>
      <w:r>
        <w:t>Qué introduce el usuario, cómo da instrucciones, resultados, formatos y funciones principales.</w:t>
      </w:r>
    </w:p>
    <w:p>
      <w:r>
        <w:t>[Escribe aquí tu respuesta.]</w:t>
      </w:r>
    </w:p>
    <w:p>
      <w:pPr>
        <w:pStyle w:val="Heading2"/>
      </w:pPr>
      <w:r>
        <w:t>F4. Registro y restricciones</w:t>
      </w:r>
    </w:p>
    <w:p>
      <w:r>
        <w:t>Cuenta, edad mínima, autorizaciones, datos solicitados y restricciones.</w:t>
      </w:r>
    </w:p>
    <w:p>
      <w:r>
        <w:t>[Escribe aquí tu respuesta.]</w:t>
      </w:r>
    </w:p>
    <w:p>
      <w:pPr>
        <w:pStyle w:val="Heading2"/>
      </w:pPr>
      <w:r>
        <w:t>F5. Gratuidad</w:t>
      </w:r>
    </w:p>
    <w:p>
      <w:r>
        <w:t>Plan gratuito, prueba temporal, créditos, funciones limitadas, suscripciones. Diferencia prueba de gratuidad estable.</w:t>
      </w:r>
    </w:p>
    <w:p>
      <w:r>
        <w:t>[Escribe aquí tu respuesta.]</w:t>
      </w:r>
    </w:p>
    <w:p>
      <w:pPr>
        <w:pStyle w:val="Heading2"/>
      </w:pPr>
      <w:r>
        <w:t>F6. Limitaciones</w:t>
      </w:r>
    </w:p>
    <w:p>
      <w:r>
        <w:t>Créditos, generaciones, duración, calidad, marcas de agua, exportación y funciones bloqueadas.</w:t>
      </w:r>
    </w:p>
    <w:p>
      <w:r>
        <w:t>[Escribe aquí tu respuesta.]</w:t>
      </w:r>
    </w:p>
    <w:p>
      <w:pPr>
        <w:pStyle w:val="Heading2"/>
      </w:pPr>
      <w:r>
        <w:t>F7. Funcionalidades</w:t>
      </w:r>
    </w:p>
    <w:p>
      <w:r>
        <w:t>Hasta cinco funciones relevantes; señala cuáles has podido usar.</w:t>
      </w:r>
    </w:p>
    <w:p>
      <w:r>
        <w:t>[Escribe aquí tu respuesta.]</w:t>
      </w:r>
    </w:p>
    <w:p>
      <w:pPr>
        <w:pStyle w:val="Heading2"/>
      </w:pPr>
      <w:r>
        <w:t>F8. Dificultad (1–5)</w:t>
      </w:r>
    </w:p>
    <w:p>
      <w:r>
        <w:t>Puntuación y justificación con ejemplos reales: 1 muy fácil; 5 muy difícil.</w:t>
      </w:r>
    </w:p>
    <w:p>
      <w:r>
        <w:t>[Escribe aquí tu respuesta.]</w:t>
      </w:r>
    </w:p>
    <w:p>
      <w:pPr>
        <w:pStyle w:val="Heading2"/>
      </w:pPr>
      <w:r>
        <w:t>F9. Encargo del profesor</w:t>
      </w:r>
    </w:p>
    <w:p>
      <w:r>
        <w:t>Identificador, fecha, consigna EXACTA, requisitos y formato.</w:t>
      </w:r>
    </w:p>
    <w:p>
      <w:r>
        <w:t>[Escribe aquí tu respuesta.]</w:t>
      </w:r>
    </w:p>
    <w:p>
      <w:pPr>
        <w:pStyle w:val="Heading2"/>
      </w:pPr>
      <w:r>
        <w:t>F10. Procedimiento</w:t>
      </w:r>
    </w:p>
    <w:p>
      <w:r>
        <w:t>Instrucciones/prompts reales, ajustes, pasos, pruebas y modificaciones.</w:t>
      </w:r>
    </w:p>
    <w:p>
      <w:r>
        <w:t>[Escribe aquí tu respuesta.]</w:t>
      </w:r>
    </w:p>
    <w:p>
      <w:pPr>
        <w:pStyle w:val="Heading2"/>
      </w:pPr>
      <w:r>
        <w:t>F11. Resultados y evidencias</w:t>
      </w:r>
    </w:p>
    <w:p>
      <w:r>
        <w:t>Qué has obtenido; archivos y rutas exactas en Drive.</w:t>
      </w:r>
    </w:p>
    <w:p>
      <w:r>
        <w:t>[Escribe aquí tu respuesta.]</w:t>
      </w:r>
    </w:p>
    <w:p>
      <w:pPr>
        <w:pStyle w:val="Heading2"/>
      </w:pPr>
      <w:r>
        <w:t>F12. Problemas y soluciones</w:t>
      </w:r>
    </w:p>
    <w:p>
      <w:r>
        <w:t>Incidencias reales, soluciones intentadas y resultados. Si no hubo, indícalo.</w:t>
      </w:r>
    </w:p>
    <w:p>
      <w:r>
        <w:t>[Escribe aquí tu respuesta.]</w:t>
      </w:r>
    </w:p>
    <w:p>
      <w:pPr>
        <w:pStyle w:val="Heading2"/>
      </w:pPr>
      <w:r>
        <w:t>F13. Fiabilidad y privacidad</w:t>
      </w:r>
    </w:p>
    <w:p>
      <w:r>
        <w:t>Errores, límites, datos que no compartirías, precauciones y verificación.</w:t>
      </w:r>
    </w:p>
    <w:p>
      <w:r>
        <w:t>[Escribe aquí tu respuesta.]</w:t>
      </w:r>
    </w:p>
    <w:p>
      <w:pPr>
        <w:pStyle w:val="Heading2"/>
      </w:pPr>
      <w:r>
        <w:t>F14. Valoración personal</w:t>
      </w:r>
    </w:p>
    <w:p>
      <w:r>
        <w:t>Utilidad, posibles usos y mejoras; justifica tu opinión.</w:t>
      </w:r>
    </w:p>
    <w:p>
      <w:r>
        <w:t>[Escribe aquí tu respuesta.]</w:t>
      </w:r>
    </w:p>
    <w:p>
      <w:pPr>
        <w:pStyle w:val="Heading2"/>
      </w:pPr>
      <w:r>
        <w:t>F15. Fuentes consultadas</w:t>
      </w:r>
    </w:p>
    <w:p>
      <w:r>
        <w:t>URL, nombre de fuente y fecha de acceso; prioriza fuentes oficiales.</w:t>
      </w:r>
    </w:p>
    <w:p>
      <w:r>
        <w:t>[Escribe aquí tu respuesta.]</w:t>
      </w:r>
    </w:p>
    <w:p>
      <w:r>
        <w:br w:type="page"/>
      </w:r>
    </w:p>
    <w:p>
      <w:pPr>
        <w:pStyle w:val="Heading1"/>
      </w:pPr>
      <w:r>
        <w:t>FICHA IA 3 · [NOMBRE DE LA HERRAMIENTA]</w:t>
      </w:r>
    </w:p>
    <w:p>
      <w:pPr>
        <w:pStyle w:val="Heading2"/>
      </w:pPr>
      <w:r>
        <w:t>F1. Identificación</w:t>
      </w:r>
    </w:p>
    <w:p>
      <w:r>
        <w:t>Nombre oficial; desarrollador; web oficial; categoría; función principal; fecha de consulta.</w:t>
      </w:r>
    </w:p>
    <w:p>
      <w:r>
        <w:t>[Escribe aquí tu respuesta.]</w:t>
      </w:r>
    </w:p>
    <w:p>
      <w:pPr>
        <w:pStyle w:val="Heading2"/>
      </w:pPr>
      <w:r>
        <w:t>F2. Finalidad y aplicaciones</w:t>
      </w:r>
    </w:p>
    <w:p>
      <w:r>
        <w:t>¿Para qué sirve? Describe al menos tres aplicaciones concretas, si existen.</w:t>
      </w:r>
    </w:p>
    <w:p>
      <w:r>
        <w:t>[Escribe aquí tu respuesta.]</w:t>
      </w:r>
    </w:p>
    <w:p>
      <w:pPr>
        <w:pStyle w:val="Heading2"/>
      </w:pPr>
      <w:r>
        <w:t>F3. Funcionamiento</w:t>
      </w:r>
    </w:p>
    <w:p>
      <w:r>
        <w:t>Qué introduce el usuario, cómo da instrucciones, resultados, formatos y funciones principales.</w:t>
      </w:r>
    </w:p>
    <w:p>
      <w:r>
        <w:t>[Escribe aquí tu respuesta.]</w:t>
      </w:r>
    </w:p>
    <w:p>
      <w:pPr>
        <w:pStyle w:val="Heading2"/>
      </w:pPr>
      <w:r>
        <w:t>F4. Registro y restricciones</w:t>
      </w:r>
    </w:p>
    <w:p>
      <w:r>
        <w:t>Cuenta, edad mínima, autorizaciones, datos solicitados y restricciones.</w:t>
      </w:r>
    </w:p>
    <w:p>
      <w:r>
        <w:t>[Escribe aquí tu respuesta.]</w:t>
      </w:r>
    </w:p>
    <w:p>
      <w:pPr>
        <w:pStyle w:val="Heading2"/>
      </w:pPr>
      <w:r>
        <w:t>F5. Gratuidad</w:t>
      </w:r>
    </w:p>
    <w:p>
      <w:r>
        <w:t>Plan gratuito, prueba temporal, créditos, funciones limitadas, suscripciones. Diferencia prueba de gratuidad estable.</w:t>
      </w:r>
    </w:p>
    <w:p>
      <w:r>
        <w:t>[Escribe aquí tu respuesta.]</w:t>
      </w:r>
    </w:p>
    <w:p>
      <w:pPr>
        <w:pStyle w:val="Heading2"/>
      </w:pPr>
      <w:r>
        <w:t>F6. Limitaciones</w:t>
      </w:r>
    </w:p>
    <w:p>
      <w:r>
        <w:t>Créditos, generaciones, duración, calidad, marcas de agua, exportación y funciones bloqueadas.</w:t>
      </w:r>
    </w:p>
    <w:p>
      <w:r>
        <w:t>[Escribe aquí tu respuesta.]</w:t>
      </w:r>
    </w:p>
    <w:p>
      <w:pPr>
        <w:pStyle w:val="Heading2"/>
      </w:pPr>
      <w:r>
        <w:t>F7. Funcionalidades</w:t>
      </w:r>
    </w:p>
    <w:p>
      <w:r>
        <w:t>Hasta cinco funciones relevantes; señala cuáles has podido usar.</w:t>
      </w:r>
    </w:p>
    <w:p>
      <w:r>
        <w:t>[Escribe aquí tu respuesta.]</w:t>
      </w:r>
    </w:p>
    <w:p>
      <w:pPr>
        <w:pStyle w:val="Heading2"/>
      </w:pPr>
      <w:r>
        <w:t>F8. Dificultad (1–5)</w:t>
      </w:r>
    </w:p>
    <w:p>
      <w:r>
        <w:t>Puntuación y justificación con ejemplos reales: 1 muy fácil; 5 muy difícil.</w:t>
      </w:r>
    </w:p>
    <w:p>
      <w:r>
        <w:t>[Escribe aquí tu respuesta.]</w:t>
      </w:r>
    </w:p>
    <w:p>
      <w:pPr>
        <w:pStyle w:val="Heading2"/>
      </w:pPr>
      <w:r>
        <w:t>F9. Encargo del profesor</w:t>
      </w:r>
    </w:p>
    <w:p>
      <w:r>
        <w:t>Identificador, fecha, consigna EXACTA, requisitos y formato.</w:t>
      </w:r>
    </w:p>
    <w:p>
      <w:r>
        <w:t>[Escribe aquí tu respuesta.]</w:t>
      </w:r>
    </w:p>
    <w:p>
      <w:pPr>
        <w:pStyle w:val="Heading2"/>
      </w:pPr>
      <w:r>
        <w:t>F10. Procedimiento</w:t>
      </w:r>
    </w:p>
    <w:p>
      <w:r>
        <w:t>Instrucciones/prompts reales, ajustes, pasos, pruebas y modificaciones.</w:t>
      </w:r>
    </w:p>
    <w:p>
      <w:r>
        <w:t>[Escribe aquí tu respuesta.]</w:t>
      </w:r>
    </w:p>
    <w:p>
      <w:pPr>
        <w:pStyle w:val="Heading2"/>
      </w:pPr>
      <w:r>
        <w:t>F11. Resultados y evidencias</w:t>
      </w:r>
    </w:p>
    <w:p>
      <w:r>
        <w:t>Qué has obtenido; archivos y rutas exactas en Drive.</w:t>
      </w:r>
    </w:p>
    <w:p>
      <w:r>
        <w:t>[Escribe aquí tu respuesta.]</w:t>
      </w:r>
    </w:p>
    <w:p>
      <w:pPr>
        <w:pStyle w:val="Heading2"/>
      </w:pPr>
      <w:r>
        <w:t>F12. Problemas y soluciones</w:t>
      </w:r>
    </w:p>
    <w:p>
      <w:r>
        <w:t>Incidencias reales, soluciones intentadas y resultados. Si no hubo, indícalo.</w:t>
      </w:r>
    </w:p>
    <w:p>
      <w:r>
        <w:t>[Escribe aquí tu respuesta.]</w:t>
      </w:r>
    </w:p>
    <w:p>
      <w:pPr>
        <w:pStyle w:val="Heading2"/>
      </w:pPr>
      <w:r>
        <w:t>F13. Fiabilidad y privacidad</w:t>
      </w:r>
    </w:p>
    <w:p>
      <w:r>
        <w:t>Errores, límites, datos que no compartirías, precauciones y verificación.</w:t>
      </w:r>
    </w:p>
    <w:p>
      <w:r>
        <w:t>[Escribe aquí tu respuesta.]</w:t>
      </w:r>
    </w:p>
    <w:p>
      <w:pPr>
        <w:pStyle w:val="Heading2"/>
      </w:pPr>
      <w:r>
        <w:t>F14. Valoración personal</w:t>
      </w:r>
    </w:p>
    <w:p>
      <w:r>
        <w:t>Utilidad, posibles usos y mejoras; justifica tu opinión.</w:t>
      </w:r>
    </w:p>
    <w:p>
      <w:r>
        <w:t>[Escribe aquí tu respuesta.]</w:t>
      </w:r>
    </w:p>
    <w:p>
      <w:pPr>
        <w:pStyle w:val="Heading2"/>
      </w:pPr>
      <w:r>
        <w:t>F15. Fuentes consultadas</w:t>
      </w:r>
    </w:p>
    <w:p>
      <w:r>
        <w:t>URL, nombre de fuente y fecha de acceso; prioriza fuentes oficiales.</w:t>
      </w:r>
    </w:p>
    <w:p>
      <w:r>
        <w:t>[Escribe aquí tu respuesta.]</w:t>
      </w:r>
    </w:p>
    <w:p>
      <w:r>
        <w:br w:type="page"/>
      </w:r>
    </w:p>
    <w:p>
      <w:pPr>
        <w:pStyle w:val="Heading1"/>
      </w:pPr>
      <w:r>
        <w:t>FICHA IA 4 · [NOMBRE DE LA HERRAMIENTA]</w:t>
      </w:r>
    </w:p>
    <w:p>
      <w:pPr>
        <w:pStyle w:val="Heading2"/>
      </w:pPr>
      <w:r>
        <w:t>F1. Identificación</w:t>
      </w:r>
    </w:p>
    <w:p>
      <w:r>
        <w:t>Nombre oficial; desarrollador; web oficial; categoría; función principal; fecha de consulta.</w:t>
      </w:r>
    </w:p>
    <w:p>
      <w:r>
        <w:t>[Escribe aquí tu respuesta.]</w:t>
      </w:r>
    </w:p>
    <w:p>
      <w:pPr>
        <w:pStyle w:val="Heading2"/>
      </w:pPr>
      <w:r>
        <w:t>F2. Finalidad y aplicaciones</w:t>
      </w:r>
    </w:p>
    <w:p>
      <w:r>
        <w:t>¿Para qué sirve? Describe al menos tres aplicaciones concretas, si existen.</w:t>
      </w:r>
    </w:p>
    <w:p>
      <w:r>
        <w:t>[Escribe aquí tu respuesta.]</w:t>
      </w:r>
    </w:p>
    <w:p>
      <w:pPr>
        <w:pStyle w:val="Heading2"/>
      </w:pPr>
      <w:r>
        <w:t>F3. Funcionamiento</w:t>
      </w:r>
    </w:p>
    <w:p>
      <w:r>
        <w:t>Qué introduce el usuario, cómo da instrucciones, resultados, formatos y funciones principales.</w:t>
      </w:r>
    </w:p>
    <w:p>
      <w:r>
        <w:t>[Escribe aquí tu respuesta.]</w:t>
      </w:r>
    </w:p>
    <w:p>
      <w:pPr>
        <w:pStyle w:val="Heading2"/>
      </w:pPr>
      <w:r>
        <w:t>F4. Registro y restricciones</w:t>
      </w:r>
    </w:p>
    <w:p>
      <w:r>
        <w:t>Cuenta, edad mínima, autorizaciones, datos solicitados y restricciones.</w:t>
      </w:r>
    </w:p>
    <w:p>
      <w:r>
        <w:t>[Escribe aquí tu respuesta.]</w:t>
      </w:r>
    </w:p>
    <w:p>
      <w:pPr>
        <w:pStyle w:val="Heading2"/>
      </w:pPr>
      <w:r>
        <w:t>F5. Gratuidad</w:t>
      </w:r>
    </w:p>
    <w:p>
      <w:r>
        <w:t>Plan gratuito, prueba temporal, créditos, funciones limitadas, suscripciones. Diferencia prueba de gratuidad estable.</w:t>
      </w:r>
    </w:p>
    <w:p>
      <w:r>
        <w:t>[Escribe aquí tu respuesta.]</w:t>
      </w:r>
    </w:p>
    <w:p>
      <w:pPr>
        <w:pStyle w:val="Heading2"/>
      </w:pPr>
      <w:r>
        <w:t>F6. Limitaciones</w:t>
      </w:r>
    </w:p>
    <w:p>
      <w:r>
        <w:t>Créditos, generaciones, duración, calidad, marcas de agua, exportación y funciones bloqueadas.</w:t>
      </w:r>
    </w:p>
    <w:p>
      <w:r>
        <w:t>[Escribe aquí tu respuesta.]</w:t>
      </w:r>
    </w:p>
    <w:p>
      <w:pPr>
        <w:pStyle w:val="Heading2"/>
      </w:pPr>
      <w:r>
        <w:t>F7. Funcionalidades</w:t>
      </w:r>
    </w:p>
    <w:p>
      <w:r>
        <w:t>Hasta cinco funciones relevantes; señala cuáles has podido usar.</w:t>
      </w:r>
    </w:p>
    <w:p>
      <w:r>
        <w:t>[Escribe aquí tu respuesta.]</w:t>
      </w:r>
    </w:p>
    <w:p>
      <w:pPr>
        <w:pStyle w:val="Heading2"/>
      </w:pPr>
      <w:r>
        <w:t>F8. Dificultad (1–5)</w:t>
      </w:r>
    </w:p>
    <w:p>
      <w:r>
        <w:t>Puntuación y justificación con ejemplos reales: 1 muy fácil; 5 muy difícil.</w:t>
      </w:r>
    </w:p>
    <w:p>
      <w:r>
        <w:t>[Escribe aquí tu respuesta.]</w:t>
      </w:r>
    </w:p>
    <w:p>
      <w:pPr>
        <w:pStyle w:val="Heading2"/>
      </w:pPr>
      <w:r>
        <w:t>F9. Encargo del profesor</w:t>
      </w:r>
    </w:p>
    <w:p>
      <w:r>
        <w:t>Identificador, fecha, consigna EXACTA, requisitos y formato.</w:t>
      </w:r>
    </w:p>
    <w:p>
      <w:r>
        <w:t>[Escribe aquí tu respuesta.]</w:t>
      </w:r>
    </w:p>
    <w:p>
      <w:pPr>
        <w:pStyle w:val="Heading2"/>
      </w:pPr>
      <w:r>
        <w:t>F10. Procedimiento</w:t>
      </w:r>
    </w:p>
    <w:p>
      <w:r>
        <w:t>Instrucciones/prompts reales, ajustes, pasos, pruebas y modificaciones.</w:t>
      </w:r>
    </w:p>
    <w:p>
      <w:r>
        <w:t>[Escribe aquí tu respuesta.]</w:t>
      </w:r>
    </w:p>
    <w:p>
      <w:pPr>
        <w:pStyle w:val="Heading2"/>
      </w:pPr>
      <w:r>
        <w:t>F11. Resultados y evidencias</w:t>
      </w:r>
    </w:p>
    <w:p>
      <w:r>
        <w:t>Qué has obtenido; archivos y rutas exactas en Drive.</w:t>
      </w:r>
    </w:p>
    <w:p>
      <w:r>
        <w:t>[Escribe aquí tu respuesta.]</w:t>
      </w:r>
    </w:p>
    <w:p>
      <w:pPr>
        <w:pStyle w:val="Heading2"/>
      </w:pPr>
      <w:r>
        <w:t>F12. Problemas y soluciones</w:t>
      </w:r>
    </w:p>
    <w:p>
      <w:r>
        <w:t>Incidencias reales, soluciones intentadas y resultados. Si no hubo, indícalo.</w:t>
      </w:r>
    </w:p>
    <w:p>
      <w:r>
        <w:t>[Escribe aquí tu respuesta.]</w:t>
      </w:r>
    </w:p>
    <w:p>
      <w:pPr>
        <w:pStyle w:val="Heading2"/>
      </w:pPr>
      <w:r>
        <w:t>F13. Fiabilidad y privacidad</w:t>
      </w:r>
    </w:p>
    <w:p>
      <w:r>
        <w:t>Errores, límites, datos que no compartirías, precauciones y verificación.</w:t>
      </w:r>
    </w:p>
    <w:p>
      <w:r>
        <w:t>[Escribe aquí tu respuesta.]</w:t>
      </w:r>
    </w:p>
    <w:p>
      <w:pPr>
        <w:pStyle w:val="Heading2"/>
      </w:pPr>
      <w:r>
        <w:t>F14. Valoración personal</w:t>
      </w:r>
    </w:p>
    <w:p>
      <w:r>
        <w:t>Utilidad, posibles usos y mejoras; justifica tu opinión.</w:t>
      </w:r>
    </w:p>
    <w:p>
      <w:r>
        <w:t>[Escribe aquí tu respuesta.]</w:t>
      </w:r>
    </w:p>
    <w:p>
      <w:pPr>
        <w:pStyle w:val="Heading2"/>
      </w:pPr>
      <w:r>
        <w:t>F15. Fuentes consultadas</w:t>
      </w:r>
    </w:p>
    <w:p>
      <w:r>
        <w:t>URL, nombre de fuente y fecha de acceso; prioriza fuentes oficiales.</w:t>
      </w:r>
    </w:p>
    <w:p>
      <w:r>
        <w:t>[Escribe aquí tu respuesta.]</w:t>
      </w:r>
    </w:p>
    <w:p>
      <w:r>
        <w:br w:type="page"/>
      </w:r>
    </w:p>
    <w:p>
      <w:pPr>
        <w:pStyle w:val="Heading1"/>
      </w:pPr>
      <w:r>
        <w:t>FICHA IA 5 · [NOMBRE DE LA HERRAMIENTA]</w:t>
      </w:r>
    </w:p>
    <w:p>
      <w:pPr>
        <w:pStyle w:val="Heading2"/>
      </w:pPr>
      <w:r>
        <w:t>F1. Identificación</w:t>
      </w:r>
    </w:p>
    <w:p>
      <w:r>
        <w:t>Nombre oficial; desarrollador; web oficial; categoría; función principal; fecha de consulta.</w:t>
      </w:r>
    </w:p>
    <w:p>
      <w:r>
        <w:t>[Escribe aquí tu respuesta.]</w:t>
      </w:r>
    </w:p>
    <w:p>
      <w:pPr>
        <w:pStyle w:val="Heading2"/>
      </w:pPr>
      <w:r>
        <w:t>F2. Finalidad y aplicaciones</w:t>
      </w:r>
    </w:p>
    <w:p>
      <w:r>
        <w:t>¿Para qué sirve? Describe al menos tres aplicaciones concretas, si existen.</w:t>
      </w:r>
    </w:p>
    <w:p>
      <w:r>
        <w:t>[Escribe aquí tu respuesta.]</w:t>
      </w:r>
    </w:p>
    <w:p>
      <w:pPr>
        <w:pStyle w:val="Heading2"/>
      </w:pPr>
      <w:r>
        <w:t>F3. Funcionamiento</w:t>
      </w:r>
    </w:p>
    <w:p>
      <w:r>
        <w:t>Qué introduce el usuario, cómo da instrucciones, resultados, formatos y funciones principales.</w:t>
      </w:r>
    </w:p>
    <w:p>
      <w:r>
        <w:t>[Escribe aquí tu respuesta.]</w:t>
      </w:r>
    </w:p>
    <w:p>
      <w:pPr>
        <w:pStyle w:val="Heading2"/>
      </w:pPr>
      <w:r>
        <w:t>F4. Registro y restricciones</w:t>
      </w:r>
    </w:p>
    <w:p>
      <w:r>
        <w:t>Cuenta, edad mínima, autorizaciones, datos solicitados y restricciones.</w:t>
      </w:r>
    </w:p>
    <w:p>
      <w:r>
        <w:t>[Escribe aquí tu respuesta.]</w:t>
      </w:r>
    </w:p>
    <w:p>
      <w:pPr>
        <w:pStyle w:val="Heading2"/>
      </w:pPr>
      <w:r>
        <w:t>F5. Gratuidad</w:t>
      </w:r>
    </w:p>
    <w:p>
      <w:r>
        <w:t>Plan gratuito, prueba temporal, créditos, funciones limitadas, suscripciones. Diferencia prueba de gratuidad estable.</w:t>
      </w:r>
    </w:p>
    <w:p>
      <w:r>
        <w:t>[Escribe aquí tu respuesta.]</w:t>
      </w:r>
    </w:p>
    <w:p>
      <w:pPr>
        <w:pStyle w:val="Heading2"/>
      </w:pPr>
      <w:r>
        <w:t>F6. Limitaciones</w:t>
      </w:r>
    </w:p>
    <w:p>
      <w:r>
        <w:t>Créditos, generaciones, duración, calidad, marcas de agua, exportación y funciones bloqueadas.</w:t>
      </w:r>
    </w:p>
    <w:p>
      <w:r>
        <w:t>[Escribe aquí tu respuesta.]</w:t>
      </w:r>
    </w:p>
    <w:p>
      <w:pPr>
        <w:pStyle w:val="Heading2"/>
      </w:pPr>
      <w:r>
        <w:t>F7. Funcionalidades</w:t>
      </w:r>
    </w:p>
    <w:p>
      <w:r>
        <w:t>Hasta cinco funciones relevantes; señala cuáles has podido usar.</w:t>
      </w:r>
    </w:p>
    <w:p>
      <w:r>
        <w:t>[Escribe aquí tu respuesta.]</w:t>
      </w:r>
    </w:p>
    <w:p>
      <w:pPr>
        <w:pStyle w:val="Heading2"/>
      </w:pPr>
      <w:r>
        <w:t>F8. Dificultad (1–5)</w:t>
      </w:r>
    </w:p>
    <w:p>
      <w:r>
        <w:t>Puntuación y justificación con ejemplos reales: 1 muy fácil; 5 muy difícil.</w:t>
      </w:r>
    </w:p>
    <w:p>
      <w:r>
        <w:t>[Escribe aquí tu respuesta.]</w:t>
      </w:r>
    </w:p>
    <w:p>
      <w:pPr>
        <w:pStyle w:val="Heading2"/>
      </w:pPr>
      <w:r>
        <w:t>F9. Encargo del profesor</w:t>
      </w:r>
    </w:p>
    <w:p>
      <w:r>
        <w:t>Identificador, fecha, consigna EXACTA, requisitos y formato.</w:t>
      </w:r>
    </w:p>
    <w:p>
      <w:r>
        <w:t>[Escribe aquí tu respuesta.]</w:t>
      </w:r>
    </w:p>
    <w:p>
      <w:pPr>
        <w:pStyle w:val="Heading2"/>
      </w:pPr>
      <w:r>
        <w:t>F10. Procedimiento</w:t>
      </w:r>
    </w:p>
    <w:p>
      <w:r>
        <w:t>Instrucciones/prompts reales, ajustes, pasos, pruebas y modificaciones.</w:t>
      </w:r>
    </w:p>
    <w:p>
      <w:r>
        <w:t>[Escribe aquí tu respuesta.]</w:t>
      </w:r>
    </w:p>
    <w:p>
      <w:pPr>
        <w:pStyle w:val="Heading2"/>
      </w:pPr>
      <w:r>
        <w:t>F11. Resultados y evidencias</w:t>
      </w:r>
    </w:p>
    <w:p>
      <w:r>
        <w:t>Qué has obtenido; archivos y rutas exactas en Drive.</w:t>
      </w:r>
    </w:p>
    <w:p>
      <w:r>
        <w:t>[Escribe aquí tu respuesta.]</w:t>
      </w:r>
    </w:p>
    <w:p>
      <w:pPr>
        <w:pStyle w:val="Heading2"/>
      </w:pPr>
      <w:r>
        <w:t>F12. Problemas y soluciones</w:t>
      </w:r>
    </w:p>
    <w:p>
      <w:r>
        <w:t>Incidencias reales, soluciones intentadas y resultados. Si no hubo, indícalo.</w:t>
      </w:r>
    </w:p>
    <w:p>
      <w:r>
        <w:t>[Escribe aquí tu respuesta.]</w:t>
      </w:r>
    </w:p>
    <w:p>
      <w:pPr>
        <w:pStyle w:val="Heading2"/>
      </w:pPr>
      <w:r>
        <w:t>F13. Fiabilidad y privacidad</w:t>
      </w:r>
    </w:p>
    <w:p>
      <w:r>
        <w:t>Errores, límites, datos que no compartirías, precauciones y verificación.</w:t>
      </w:r>
    </w:p>
    <w:p>
      <w:r>
        <w:t>[Escribe aquí tu respuesta.]</w:t>
      </w:r>
    </w:p>
    <w:p>
      <w:pPr>
        <w:pStyle w:val="Heading2"/>
      </w:pPr>
      <w:r>
        <w:t>F14. Valoración personal</w:t>
      </w:r>
    </w:p>
    <w:p>
      <w:r>
        <w:t>Utilidad, posibles usos y mejoras; justifica tu opinión.</w:t>
      </w:r>
    </w:p>
    <w:p>
      <w:r>
        <w:t>[Escribe aquí tu respuesta.]</w:t>
      </w:r>
    </w:p>
    <w:p>
      <w:pPr>
        <w:pStyle w:val="Heading2"/>
      </w:pPr>
      <w:r>
        <w:t>F15. Fuentes consultadas</w:t>
      </w:r>
    </w:p>
    <w:p>
      <w:r>
        <w:t>URL, nombre de fuente y fecha de acceso; prioriza fuentes oficiales.</w:t>
      </w:r>
    </w:p>
    <w:p>
      <w:r>
        <w:t>[Escribe aquí tu respuesta.]</w:t>
      </w:r>
    </w:p>
    <w:p>
      <w:r>
        <w:br w:type="page"/>
      </w:r>
    </w:p>
    <w:p>
      <w:pPr>
        <w:pStyle w:val="Heading1"/>
      </w:pPr>
      <w:r>
        <w:t>COMPARACIÓN DE LAS CINCO IA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Criterio</w:t>
            </w:r>
          </w:p>
        </w:tc>
        <w:tc>
          <w:tcPr>
            <w:tcW w:type="dxa" w:w="1643"/>
          </w:tcPr>
          <w:p>
            <w:r>
              <w:t>IA 1</w:t>
            </w:r>
          </w:p>
        </w:tc>
        <w:tc>
          <w:tcPr>
            <w:tcW w:type="dxa" w:w="1643"/>
          </w:tcPr>
          <w:p>
            <w:r>
              <w:t>IA 2</w:t>
            </w:r>
          </w:p>
        </w:tc>
        <w:tc>
          <w:tcPr>
            <w:tcW w:type="dxa" w:w="1643"/>
          </w:tcPr>
          <w:p>
            <w:r>
              <w:t>IA 3</w:t>
            </w:r>
          </w:p>
        </w:tc>
        <w:tc>
          <w:tcPr>
            <w:tcW w:type="dxa" w:w="1643"/>
          </w:tcPr>
          <w:p>
            <w:r>
              <w:t>IA 4</w:t>
            </w:r>
          </w:p>
        </w:tc>
        <w:tc>
          <w:tcPr>
            <w:tcW w:type="dxa" w:w="1643"/>
          </w:tcPr>
          <w:p>
            <w:r>
              <w:t>IA 5</w:t>
            </w:r>
          </w:p>
        </w:tc>
      </w:tr>
      <w:tr>
        <w:tc>
          <w:tcPr>
            <w:tcW w:type="dxa" w:w="1643"/>
          </w:tcPr>
          <w:p>
            <w:r>
              <w:t>Nombre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</w:tr>
      <w:tr>
        <w:tc>
          <w:tcPr>
            <w:tcW w:type="dxa" w:w="1643"/>
          </w:tcPr>
          <w:p>
            <w:r>
              <w:t>Categoría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</w:tr>
      <w:tr>
        <w:tc>
          <w:tcPr>
            <w:tcW w:type="dxa" w:w="1643"/>
          </w:tcPr>
          <w:p>
            <w:r>
              <w:t>Función principal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</w:tr>
      <w:tr>
        <w:tc>
          <w:tcPr>
            <w:tcW w:type="dxa" w:w="1643"/>
          </w:tcPr>
          <w:p>
            <w:r>
              <w:t>Acceso gratuito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</w:tr>
      <w:tr>
        <w:tc>
          <w:tcPr>
            <w:tcW w:type="dxa" w:w="1643"/>
          </w:tcPr>
          <w:p>
            <w:r>
              <w:t>Limitaciones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</w:tr>
      <w:tr>
        <w:tc>
          <w:tcPr>
            <w:tcW w:type="dxa" w:w="1643"/>
          </w:tcPr>
          <w:p>
            <w:r>
              <w:t>Dificultad 1–5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</w:tr>
      <w:tr>
        <w:tc>
          <w:tcPr>
            <w:tcW w:type="dxa" w:w="1643"/>
          </w:tcPr>
          <w:p>
            <w:r>
              <w:t>Resultado del encargo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</w:tr>
      <w:tr>
        <w:tc>
          <w:tcPr>
            <w:tcW w:type="dxa" w:w="1643"/>
          </w:tcPr>
          <w:p>
            <w:r>
              <w:t>Valoración general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  <w:tc>
          <w:tcPr>
            <w:tcW w:type="dxa" w:w="1643"/>
          </w:tcPr>
          <w:p>
            <w:r>
              <w:t>[...]</w:t>
            </w:r>
          </w:p>
        </w:tc>
      </w:tr>
    </w:tbl>
    <w:p>
      <w:pPr>
        <w:pStyle w:val="Heading1"/>
      </w:pPr>
      <w:r>
        <w:t>CONCLUSIONES PERSONALES</w:t>
      </w:r>
    </w:p>
    <w:p>
      <w:pPr>
        <w:pStyle w:val="Heading2"/>
      </w:pPr>
      <w:r>
        <w:t>1. ¿Cuál ha sido la más útil y por qué?</w:t>
      </w:r>
    </w:p>
    <w:p>
      <w:r>
        <w:t>[Escribe aquí tu respuesta.]</w:t>
      </w:r>
    </w:p>
    <w:p>
      <w:pPr>
        <w:pStyle w:val="Heading2"/>
      </w:pPr>
      <w:r>
        <w:t>2. ¿Cuál ha sido la más fácil?</w:t>
      </w:r>
    </w:p>
    <w:p>
      <w:r>
        <w:t>[Escribe aquí tu respuesta.]</w:t>
      </w:r>
    </w:p>
    <w:p>
      <w:pPr>
        <w:pStyle w:val="Heading2"/>
      </w:pPr>
      <w:r>
        <w:t>3. ¿Cuál ha presentado más dificultades?</w:t>
      </w:r>
    </w:p>
    <w:p>
      <w:r>
        <w:t>[Escribe aquí tu respuesta.]</w:t>
      </w:r>
    </w:p>
    <w:p>
      <w:pPr>
        <w:pStyle w:val="Heading2"/>
      </w:pPr>
      <w:r>
        <w:t>4. ¿Cuál tiene más limitaciones gratuitas?</w:t>
      </w:r>
    </w:p>
    <w:p>
      <w:r>
        <w:t>[Escribe aquí tu respuesta.]</w:t>
      </w:r>
    </w:p>
    <w:p>
      <w:pPr>
        <w:pStyle w:val="Heading2"/>
      </w:pPr>
      <w:r>
        <w:t>5. ¿Cuál ha producido el mejor resultado?</w:t>
      </w:r>
    </w:p>
    <w:p>
      <w:r>
        <w:t>[Escribe aquí tu respuesta.]</w:t>
      </w:r>
    </w:p>
    <w:p>
      <w:pPr>
        <w:pStyle w:val="Heading2"/>
      </w:pPr>
      <w:r>
        <w:t>6. ¿Qué diferencias observas entre IA general y especializadas?</w:t>
      </w:r>
    </w:p>
    <w:p>
      <w:r>
        <w:t>[Escribe aquí tu respuesta.]</w:t>
      </w:r>
    </w:p>
    <w:p>
      <w:pPr>
        <w:pStyle w:val="Heading2"/>
      </w:pPr>
      <w:r>
        <w:t>7. ¿Qué has aprendido sobre su fiabilidad?</w:t>
      </w:r>
    </w:p>
    <w:p>
      <w:r>
        <w:t>[Escribe aquí tu respuesta.]</w:t>
      </w:r>
    </w:p>
    <w:p>
      <w:pPr>
        <w:pStyle w:val="Heading2"/>
      </w:pPr>
      <w:r>
        <w:t>8. ¿Qué precauciones adoptarás en el futuro?</w:t>
      </w:r>
    </w:p>
    <w:p>
      <w:r>
        <w:t>[Escribe aquí tu respuesta.]</w:t>
      </w:r>
    </w:p>
    <w:p>
      <w:r>
        <w:t>PDF final obligatorio: nombre_apellido_4ESO_5IA_Investigacion_Final.pdf · Carpeta: 02_INVESTIGACION_FINAL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91" w:bottom="96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SAM · Digitalización 4.º ESO · 5 IA BAJO LA LUPA  |  Página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800000" cy="8625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ptura de pantalla 2026-10-14 08415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0" cy="8625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5324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416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B416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B4169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