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DIARIO DE TRABAJO</w:t>
      </w:r>
    </w:p>
    <w:p>
      <w:pPr>
        <w:pStyle w:val="Subtitle"/>
      </w:pPr>
      <w:r>
        <w:t>Plantilla editable única · 13 sesiones · 13 exportaciones acumulativas a PDF</w:t>
      </w:r>
    </w:p>
    <w:p>
      <w:r>
        <w:t>Alumno/a: [NOMBRE Y APELLIDO]    Curso: [4.º ESO / grupo]    Fecha: [DD/MM/AAAA]</w:t>
      </w:r>
    </w:p>
    <w:p>
      <w:r>
        <w:t>INSTRUCCIONES: Mantén este mismo documento durante las 13 sesiones. Duplica el bloque «SESIÓN» al empezar cada clase y completa el contenido DURANTE el trabajo. No borres las sesiones anteriores. En los últimos 7 minutos exporta el documento completo a PDF y guárdalo en 01_DIARIOS_PDF.</w:t>
      </w:r>
    </w:p>
    <w:p>
      <w:r>
        <w:t>Ubicación del editable: nombre_apellido_4ESO_5IA/00_DOCUMENTOS_EDITABLES</w:t>
      </w:r>
    </w:p>
    <w:p>
      <w:r>
        <w:t>Nombre del PDF de cada día: nombre_apellido_4ESO_5IA_Diario_SXX_AAAA-MM-DD.pdf</w:t>
      </w:r>
    </w:p>
    <w:p>
      <w:pPr>
        <w:pStyle w:val="Heading1"/>
      </w:pPr>
      <w:r>
        <w:t>SESIÓN S01 · [FECHA]</w:t>
      </w:r>
    </w:p>
    <w:p>
      <w:pPr>
        <w:pStyle w:val="Heading2"/>
      </w:pPr>
      <w:r>
        <w:t>1. Identificación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</w:tcPr>
          <w:p>
            <w:r>
              <w:t>Dato</w:t>
            </w:r>
          </w:p>
        </w:tc>
        <w:tc>
          <w:tcPr>
            <w:tcW w:type="dxa" w:w="4929"/>
          </w:tcPr>
          <w:p>
            <w:r>
              <w:t>Respuesta</w:t>
            </w:r>
          </w:p>
        </w:tc>
      </w:tr>
      <w:tr>
        <w:tc>
          <w:tcPr>
            <w:tcW w:type="dxa" w:w="4929"/>
          </w:tcPr>
          <w:p>
            <w:r>
              <w:t>Número de sesión</w:t>
            </w:r>
          </w:p>
        </w:tc>
        <w:tc>
          <w:tcPr>
            <w:tcW w:type="dxa" w:w="4929"/>
          </w:tcPr>
          <w:p>
            <w:r>
              <w:t>S01</w:t>
            </w:r>
          </w:p>
        </w:tc>
      </w:tr>
      <w:tr>
        <w:tc>
          <w:tcPr>
            <w:tcW w:type="dxa" w:w="4929"/>
          </w:tcPr>
          <w:p>
            <w:r>
              <w:t>Fecha</w:t>
            </w:r>
          </w:p>
        </w:tc>
        <w:tc>
          <w:tcPr>
            <w:tcW w:type="dxa" w:w="4929"/>
          </w:tcPr>
          <w:p>
            <w:r>
              <w:t>[DD/MM/AAAA]</w:t>
            </w:r>
          </w:p>
        </w:tc>
      </w:tr>
      <w:tr>
        <w:tc>
          <w:tcPr>
            <w:tcW w:type="dxa" w:w="4929"/>
          </w:tcPr>
          <w:p>
            <w:r>
              <w:t>IA utilizadas</w:t>
            </w:r>
          </w:p>
        </w:tc>
        <w:tc>
          <w:tcPr>
            <w:tcW w:type="dxa" w:w="4929"/>
          </w:tcPr>
          <w:p>
            <w:r>
              <w:t>[IA 1 / IA 2 / ...]</w:t>
            </w:r>
          </w:p>
        </w:tc>
      </w:tr>
    </w:tbl>
    <w:p>
      <w:pPr>
        <w:pStyle w:val="Heading2"/>
      </w:pPr>
      <w:r>
        <w:t>2. Objetivos concretos</w:t>
      </w:r>
    </w:p>
    <w:p>
      <w:r>
        <w:t>Hoy quiero conseguir: [objetivos verificables].</w:t>
      </w:r>
    </w:p>
    <w:p>
      <w:pPr>
        <w:pStyle w:val="Heading2"/>
      </w:pPr>
      <w:r>
        <w:t>3. Registro cronológico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4"/>
        <w:gridCol w:w="2464"/>
        <w:gridCol w:w="2464"/>
        <w:gridCol w:w="2464"/>
      </w:tblGrid>
      <w:tr>
        <w:tc>
          <w:tcPr>
            <w:tcW w:type="dxa" w:w="2464"/>
          </w:tcPr>
          <w:p>
            <w:r>
              <w:t>Hora aproximada</w:t>
            </w:r>
          </w:p>
        </w:tc>
        <w:tc>
          <w:tcPr>
            <w:tcW w:type="dxa" w:w="2464"/>
          </w:tcPr>
          <w:p>
            <w:r>
              <w:t>IA</w:t>
            </w:r>
          </w:p>
        </w:tc>
        <w:tc>
          <w:tcPr>
            <w:tcW w:type="dxa" w:w="2464"/>
          </w:tcPr>
          <w:p>
            <w:r>
              <w:t>Actividad realizada</w:t>
            </w:r>
          </w:p>
        </w:tc>
        <w:tc>
          <w:tcPr>
            <w:tcW w:type="dxa" w:w="2464"/>
          </w:tcPr>
          <w:p>
            <w:r>
              <w:t>Resultado obtenido</w:t>
            </w:r>
          </w:p>
        </w:tc>
      </w:tr>
      <w:tr>
        <w:tc>
          <w:tcPr>
            <w:tcW w:type="dxa" w:w="2464"/>
          </w:tcPr>
          <w:p>
            <w:r>
              <w:t>[hh:mm]</w:t>
            </w:r>
          </w:p>
        </w:tc>
        <w:tc>
          <w:tcPr>
            <w:tcW w:type="dxa" w:w="2464"/>
          </w:tcPr>
          <w:p>
            <w:r>
              <w:t>[IA]</w:t>
            </w:r>
          </w:p>
        </w:tc>
        <w:tc>
          <w:tcPr>
            <w:tcW w:type="dxa" w:w="2464"/>
          </w:tcPr>
          <w:p>
            <w:r>
              <w:t>[Qué he hecho]</w:t>
            </w:r>
          </w:p>
        </w:tc>
        <w:tc>
          <w:tcPr>
            <w:tcW w:type="dxa" w:w="2464"/>
          </w:tcPr>
          <w:p>
            <w:r>
              <w:t>[Qué he conseguido]</w:t>
            </w:r>
          </w:p>
        </w:tc>
      </w:tr>
      <w:tr>
        <w:tc>
          <w:tcPr>
            <w:tcW w:type="dxa" w:w="2464"/>
          </w:tcPr>
          <w:p>
            <w:r>
              <w:t>[hh:mm]</w:t>
            </w:r>
          </w:p>
        </w:tc>
        <w:tc>
          <w:tcPr>
            <w:tcW w:type="dxa" w:w="2464"/>
          </w:tcPr>
          <w:p>
            <w:r>
              <w:t>[IA]</w:t>
            </w:r>
          </w:p>
        </w:tc>
        <w:tc>
          <w:tcPr>
            <w:tcW w:type="dxa" w:w="2464"/>
          </w:tcPr>
          <w:p>
            <w:r>
              <w:t>[Qué he hecho]</w:t>
            </w:r>
          </w:p>
        </w:tc>
        <w:tc>
          <w:tcPr>
            <w:tcW w:type="dxa" w:w="2464"/>
          </w:tcPr>
          <w:p>
            <w:r>
              <w:t>[Qué he conseguido]</w:t>
            </w:r>
          </w:p>
        </w:tc>
      </w:tr>
      <w:tr>
        <w:tc>
          <w:tcPr>
            <w:tcW w:type="dxa" w:w="2464"/>
          </w:tcPr>
          <w:p>
            <w:r>
              <w:t>[hh:mm]</w:t>
            </w:r>
          </w:p>
        </w:tc>
        <w:tc>
          <w:tcPr>
            <w:tcW w:type="dxa" w:w="2464"/>
          </w:tcPr>
          <w:p>
            <w:r>
              <w:t>[IA]</w:t>
            </w:r>
          </w:p>
        </w:tc>
        <w:tc>
          <w:tcPr>
            <w:tcW w:type="dxa" w:w="2464"/>
          </w:tcPr>
          <w:p>
            <w:r>
              <w:t>[Qué he hecho]</w:t>
            </w:r>
          </w:p>
        </w:tc>
        <w:tc>
          <w:tcPr>
            <w:tcW w:type="dxa" w:w="2464"/>
          </w:tcPr>
          <w:p>
            <w:r>
              <w:t>[Qué he conseguido]</w:t>
            </w:r>
          </w:p>
        </w:tc>
      </w:tr>
      <w:tr>
        <w:tc>
          <w:tcPr>
            <w:tcW w:type="dxa" w:w="2464"/>
          </w:tcPr>
          <w:p>
            <w:r>
              <w:t>[hh:mm]</w:t>
            </w:r>
          </w:p>
        </w:tc>
        <w:tc>
          <w:tcPr>
            <w:tcW w:type="dxa" w:w="2464"/>
          </w:tcPr>
          <w:p>
            <w:r>
              <w:t>[IA]</w:t>
            </w:r>
          </w:p>
        </w:tc>
        <w:tc>
          <w:tcPr>
            <w:tcW w:type="dxa" w:w="2464"/>
          </w:tcPr>
          <w:p>
            <w:r>
              <w:t>[Qué he hecho]</w:t>
            </w:r>
          </w:p>
        </w:tc>
        <w:tc>
          <w:tcPr>
            <w:tcW w:type="dxa" w:w="2464"/>
          </w:tcPr>
          <w:p>
            <w:r>
              <w:t>[Qué he conseguido]</w:t>
            </w:r>
          </w:p>
        </w:tc>
      </w:tr>
      <w:tr>
        <w:tc>
          <w:tcPr>
            <w:tcW w:type="dxa" w:w="2464"/>
          </w:tcPr>
          <w:p>
            <w:r>
              <w:t>[hh:mm]</w:t>
            </w:r>
          </w:p>
        </w:tc>
        <w:tc>
          <w:tcPr>
            <w:tcW w:type="dxa" w:w="2464"/>
          </w:tcPr>
          <w:p>
            <w:r>
              <w:t>[IA]</w:t>
            </w:r>
          </w:p>
        </w:tc>
        <w:tc>
          <w:tcPr>
            <w:tcW w:type="dxa" w:w="2464"/>
          </w:tcPr>
          <w:p>
            <w:r>
              <w:t>[Qué he hecho]</w:t>
            </w:r>
          </w:p>
        </w:tc>
        <w:tc>
          <w:tcPr>
            <w:tcW w:type="dxa" w:w="2464"/>
          </w:tcPr>
          <w:p>
            <w:r>
              <w:t>[Qué he conseguido]</w:t>
            </w:r>
          </w:p>
        </w:tc>
      </w:tr>
    </w:tbl>
    <w:p>
      <w:pPr>
        <w:pStyle w:val="Heading2"/>
      </w:pPr>
      <w:r>
        <w:t>4. Problemas y soluciones</w:t>
      </w:r>
    </w:p>
    <w:p>
      <w:r>
        <w:t>Problema real: [...]  |  Intentos de solución: [...]  |  Resultado: [...]. Si no hubo problemas, indícalo.</w:t>
      </w:r>
    </w:p>
    <w:p>
      <w:pPr>
        <w:pStyle w:val="Heading2"/>
      </w:pPr>
      <w:r>
        <w:t>5. Evidencias y rutas de Drive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c>
          <w:tcPr>
            <w:tcW w:type="dxa" w:w="3286"/>
          </w:tcPr>
          <w:p>
            <w:r>
              <w:t>Archivo</w:t>
            </w:r>
          </w:p>
        </w:tc>
        <w:tc>
          <w:tcPr>
            <w:tcW w:type="dxa" w:w="3286"/>
          </w:tcPr>
          <w:p>
            <w:r>
              <w:t>Carpeta dentro de Drive</w:t>
            </w:r>
          </w:p>
        </w:tc>
        <w:tc>
          <w:tcPr>
            <w:tcW w:type="dxa" w:w="3286"/>
          </w:tcPr>
          <w:p>
            <w:r>
              <w:t>Qué demuestra</w:t>
            </w:r>
          </w:p>
        </w:tc>
      </w:tr>
      <w:tr>
        <w:tc>
          <w:tcPr>
            <w:tcW w:type="dxa" w:w="3286"/>
          </w:tcPr>
          <w:p>
            <w:r>
              <w:t>[nombre.ext]</w:t>
            </w:r>
          </w:p>
        </w:tc>
        <w:tc>
          <w:tcPr>
            <w:tcW w:type="dxa" w:w="3286"/>
          </w:tcPr>
          <w:p>
            <w:r>
              <w:t>[03_ENCARGOS_IA/IA_01/...]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</w:tr>
      <w:tr>
        <w:tc>
          <w:tcPr>
            <w:tcW w:type="dxa" w:w="3286"/>
          </w:tcPr>
          <w:p>
            <w:r>
              <w:t>[nombre.ext]</w:t>
            </w:r>
          </w:p>
        </w:tc>
        <w:tc>
          <w:tcPr>
            <w:tcW w:type="dxa" w:w="3286"/>
          </w:tcPr>
          <w:p>
            <w:r>
              <w:t>[03_ENCARGOS_IA/IA_01/...]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</w:tr>
      <w:tr>
        <w:tc>
          <w:tcPr>
            <w:tcW w:type="dxa" w:w="3286"/>
          </w:tcPr>
          <w:p>
            <w:r>
              <w:t>[nombre.ext]</w:t>
            </w:r>
          </w:p>
        </w:tc>
        <w:tc>
          <w:tcPr>
            <w:tcW w:type="dxa" w:w="3286"/>
          </w:tcPr>
          <w:p>
            <w:r>
              <w:t>[03_ENCARGOS_IA/IA_01/...]</w:t>
            </w:r>
          </w:p>
        </w:tc>
        <w:tc>
          <w:tcPr>
            <w:tcW w:type="dxa" w:w="3286"/>
          </w:tcPr>
          <w:p>
            <w:r>
              <w:t>[...]</w:t>
            </w:r>
          </w:p>
        </w:tc>
      </w:tr>
    </w:tbl>
    <w:p>
      <w:pPr>
        <w:pStyle w:val="Heading2"/>
      </w:pPr>
      <w:r>
        <w:t>6. Próximos pasos</w:t>
      </w:r>
    </w:p>
    <w:p>
      <w:r>
        <w:t>En la siguiente sesión tengo que: [...]</w:t>
      </w:r>
    </w:p>
    <w:p>
      <w:r>
        <w:t>CONTROL DE CIERRE (minutos 48–55): □ Diario actualizado  □ Documento guardado  □ PDF acumulativo exportado  □ PDF en 01_DIARIOS_PDF  □ Archivo comprobado  □ Sesión cerrada y ordenador apagado</w:t>
      </w:r>
    </w:p>
    <w:p>
      <w:pPr>
        <w:pStyle w:val="Heading1"/>
      </w:pPr>
      <w:r>
        <w:t>Calendario de sesiones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4"/>
        <w:gridCol w:w="2464"/>
        <w:gridCol w:w="2464"/>
        <w:gridCol w:w="2464"/>
      </w:tblGrid>
      <w:tr>
        <w:tc>
          <w:tcPr>
            <w:tcW w:type="dxa" w:w="2464"/>
          </w:tcPr>
          <w:p>
            <w:r>
              <w:t>S</w:t>
            </w:r>
          </w:p>
        </w:tc>
        <w:tc>
          <w:tcPr>
            <w:tcW w:type="dxa" w:w="2464"/>
          </w:tcPr>
          <w:p>
            <w:r>
              <w:t>Fecha</w:t>
            </w:r>
          </w:p>
        </w:tc>
        <w:tc>
          <w:tcPr>
            <w:tcW w:type="dxa" w:w="2464"/>
          </w:tcPr>
          <w:p>
            <w:r>
              <w:t>S</w:t>
            </w:r>
          </w:p>
        </w:tc>
        <w:tc>
          <w:tcPr>
            <w:tcW w:type="dxa" w:w="2464"/>
          </w:tcPr>
          <w:p>
            <w:r>
              <w:t>Fecha</w:t>
            </w:r>
          </w:p>
        </w:tc>
      </w:tr>
      <w:tr>
        <w:tc>
          <w:tcPr>
            <w:tcW w:type="dxa" w:w="2464"/>
          </w:tcPr>
          <w:p>
            <w:r>
              <w:t>S01</w:t>
            </w:r>
          </w:p>
        </w:tc>
        <w:tc>
          <w:tcPr>
            <w:tcW w:type="dxa" w:w="2464"/>
          </w:tcPr>
          <w:p>
            <w:r>
              <w:t>20/10/2026</w:t>
            </w:r>
          </w:p>
        </w:tc>
        <w:tc>
          <w:tcPr>
            <w:tcW w:type="dxa" w:w="2464"/>
          </w:tcPr>
          <w:p>
            <w:r>
              <w:t>S08</w:t>
            </w:r>
          </w:p>
        </w:tc>
        <w:tc>
          <w:tcPr>
            <w:tcW w:type="dxa" w:w="2464"/>
          </w:tcPr>
          <w:p>
            <w:r>
              <w:t>04/11/2026</w:t>
            </w:r>
          </w:p>
        </w:tc>
      </w:tr>
      <w:tr>
        <w:tc>
          <w:tcPr>
            <w:tcW w:type="dxa" w:w="2464"/>
          </w:tcPr>
          <w:p>
            <w:r>
              <w:t>S02</w:t>
            </w:r>
          </w:p>
        </w:tc>
        <w:tc>
          <w:tcPr>
            <w:tcW w:type="dxa" w:w="2464"/>
          </w:tcPr>
          <w:p>
            <w:r>
              <w:t>21/10/2026</w:t>
            </w:r>
          </w:p>
        </w:tc>
        <w:tc>
          <w:tcPr>
            <w:tcW w:type="dxa" w:w="2464"/>
          </w:tcPr>
          <w:p>
            <w:r>
              <w:t>S09</w:t>
            </w:r>
          </w:p>
        </w:tc>
        <w:tc>
          <w:tcPr>
            <w:tcW w:type="dxa" w:w="2464"/>
          </w:tcPr>
          <w:p>
            <w:r>
              <w:t>05/11/2026</w:t>
            </w:r>
          </w:p>
        </w:tc>
      </w:tr>
      <w:tr>
        <w:tc>
          <w:tcPr>
            <w:tcW w:type="dxa" w:w="2464"/>
          </w:tcPr>
          <w:p>
            <w:r>
              <w:t>S03</w:t>
            </w:r>
          </w:p>
        </w:tc>
        <w:tc>
          <w:tcPr>
            <w:tcW w:type="dxa" w:w="2464"/>
          </w:tcPr>
          <w:p>
            <w:r>
              <w:t>22/10/2026</w:t>
            </w:r>
          </w:p>
        </w:tc>
        <w:tc>
          <w:tcPr>
            <w:tcW w:type="dxa" w:w="2464"/>
          </w:tcPr>
          <w:p>
            <w:r>
              <w:t>S10</w:t>
            </w:r>
          </w:p>
        </w:tc>
        <w:tc>
          <w:tcPr>
            <w:tcW w:type="dxa" w:w="2464"/>
          </w:tcPr>
          <w:p>
            <w:r>
              <w:t>10/11/2026</w:t>
            </w:r>
          </w:p>
        </w:tc>
      </w:tr>
      <w:tr>
        <w:tc>
          <w:tcPr>
            <w:tcW w:type="dxa" w:w="2464"/>
          </w:tcPr>
          <w:p>
            <w:r>
              <w:t>S04</w:t>
            </w:r>
          </w:p>
        </w:tc>
        <w:tc>
          <w:tcPr>
            <w:tcW w:type="dxa" w:w="2464"/>
          </w:tcPr>
          <w:p>
            <w:r>
              <w:t>27/10/2026</w:t>
            </w:r>
          </w:p>
        </w:tc>
        <w:tc>
          <w:tcPr>
            <w:tcW w:type="dxa" w:w="2464"/>
          </w:tcPr>
          <w:p>
            <w:r>
              <w:t>S11</w:t>
            </w:r>
          </w:p>
        </w:tc>
        <w:tc>
          <w:tcPr>
            <w:tcW w:type="dxa" w:w="2464"/>
          </w:tcPr>
          <w:p>
            <w:r>
              <w:t>11/11/2026</w:t>
            </w:r>
          </w:p>
        </w:tc>
      </w:tr>
      <w:tr>
        <w:tc>
          <w:tcPr>
            <w:tcW w:type="dxa" w:w="2464"/>
          </w:tcPr>
          <w:p>
            <w:r>
              <w:t>S05</w:t>
            </w:r>
          </w:p>
        </w:tc>
        <w:tc>
          <w:tcPr>
            <w:tcW w:type="dxa" w:w="2464"/>
          </w:tcPr>
          <w:p>
            <w:r>
              <w:t>28/10/2026</w:t>
            </w:r>
          </w:p>
        </w:tc>
        <w:tc>
          <w:tcPr>
            <w:tcW w:type="dxa" w:w="2464"/>
          </w:tcPr>
          <w:p>
            <w:r>
              <w:t>S12</w:t>
            </w:r>
          </w:p>
        </w:tc>
        <w:tc>
          <w:tcPr>
            <w:tcW w:type="dxa" w:w="2464"/>
          </w:tcPr>
          <w:p>
            <w:r>
              <w:t>12/11/2026</w:t>
            </w:r>
          </w:p>
        </w:tc>
      </w:tr>
      <w:tr>
        <w:tc>
          <w:tcPr>
            <w:tcW w:type="dxa" w:w="2464"/>
          </w:tcPr>
          <w:p>
            <w:r>
              <w:t>S06</w:t>
            </w:r>
          </w:p>
        </w:tc>
        <w:tc>
          <w:tcPr>
            <w:tcW w:type="dxa" w:w="2464"/>
          </w:tcPr>
          <w:p>
            <w:r>
              <w:t>29/10/2026</w:t>
            </w:r>
          </w:p>
        </w:tc>
        <w:tc>
          <w:tcPr>
            <w:tcW w:type="dxa" w:w="2464"/>
          </w:tcPr>
          <w:p>
            <w:r>
              <w:t>S13</w:t>
            </w:r>
          </w:p>
        </w:tc>
        <w:tc>
          <w:tcPr>
            <w:tcW w:type="dxa" w:w="2464"/>
          </w:tcPr>
          <w:p>
            <w:r>
              <w:t>17/11/2026</w:t>
            </w:r>
          </w:p>
        </w:tc>
      </w:tr>
      <w:tr>
        <w:tc>
          <w:tcPr>
            <w:tcW w:type="dxa" w:w="2464"/>
          </w:tcPr>
          <w:p>
            <w:r>
              <w:t>S07</w:t>
            </w:r>
          </w:p>
        </w:tc>
        <w:tc>
          <w:tcPr>
            <w:tcW w:type="dxa" w:w="2464"/>
          </w:tcPr>
          <w:p>
            <w:r>
              <w:t>03/11/2026</w:t>
            </w:r>
          </w:p>
        </w:tc>
        <w:tc>
          <w:tcPr>
            <w:tcW w:type="dxa" w:w="2464"/>
          </w:tcPr>
          <w:p>
            <w:r/>
          </w:p>
        </w:tc>
        <w:tc>
          <w:tcPr>
            <w:tcW w:type="dxa" w:w="2464"/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SAM · Digitalización 4.º ESO · 5 IA BAJO LA LUPA  |  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800000" cy="8625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ptura de pantalla 2026-10-14 08415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8625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532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416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B416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B4169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