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ptos Display" w:hAnsi="Aptos Display"/>
          <w:b/>
          <w:color w:val="1F4E79"/>
          <w:sz w:val="72"/>
        </w:rPr>
        <w:t>SAMware</w:t>
      </w:r>
    </w:p>
    <w:p>
      <w:pPr>
        <w:jc w:val="center"/>
      </w:pPr>
      <w:r>
        <w:rPr>
          <w:b/>
          <w:sz w:val="38"/>
        </w:rPr>
        <w:t>100 preguntas sobre los componentes de un ordenador</w:t>
      </w:r>
    </w:p>
    <w:p>
      <w:pPr>
        <w:jc w:val="center"/>
      </w:pPr>
      <w:r>
        <w:rPr>
          <w:color w:val="595959"/>
          <w:sz w:val="26"/>
        </w:rPr>
        <w:t>Tecnología · 3.º ESO</w:t>
      </w:r>
    </w:p>
    <w:p/>
    <w:tbl>
      <w:tblPr>
        <w:tblW w:type="auto" w:w="0"/>
        <w:tblLayout w:type="fixed"/>
        <w:tblLook w:firstColumn="1" w:firstRow="1" w:lastColumn="0" w:lastRow="0" w:noHBand="0" w:noVBand="1" w:val="04A0"/>
      </w:tblPr>
      <w:tblGrid>
        <w:gridCol w:w="5156"/>
        <w:gridCol w:w="5156"/>
      </w:tblGrid>
      <w:tr>
        <w:tc>
          <w:tcPr>
            <w:tcW w:type="dxa" w:w="4535"/>
            <w:vAlign w:val="center"/>
            <w:shd w:fill="EAF2F8"/>
            <w:tcMar>
              <w:top w:w="120" w:type="dxa"/>
              <w:start w:w="120" w:type="dxa"/>
              <w:bottom w:w="120" w:type="dxa"/>
              <w:end w:w="120" w:type="dxa"/>
            </w:tcMar>
          </w:tcPr>
          <w:p>
            <w:r>
              <w:rPr>
                <w:b/>
              </w:rPr>
              <w:t>Nombre y apellidos</w:t>
            </w:r>
          </w:p>
        </w:tc>
        <w:tc>
          <w:tcPr>
            <w:tcW w:type="dxa" w:w="4535"/>
            <w:tcMar>
              <w:top w:w="120" w:type="dxa"/>
              <w:start w:w="120" w:type="dxa"/>
              <w:bottom w:w="120" w:type="dxa"/>
              <w:end w:w="120" w:type="dxa"/>
            </w:tcMar>
          </w:tcPr>
          <w:p>
            <w:r>
              <w:t>________________________________________</w:t>
            </w:r>
          </w:p>
        </w:tc>
      </w:tr>
      <w:tr>
        <w:tc>
          <w:tcPr>
            <w:tcW w:type="dxa" w:w="4535"/>
            <w:vAlign w:val="center"/>
            <w:shd w:fill="EAF2F8"/>
            <w:tcMar>
              <w:top w:w="120" w:type="dxa"/>
              <w:start w:w="120" w:type="dxa"/>
              <w:bottom w:w="120" w:type="dxa"/>
              <w:end w:w="120" w:type="dxa"/>
            </w:tcMar>
          </w:tcPr>
          <w:p>
            <w:r>
              <w:rPr>
                <w:b/>
              </w:rPr>
              <w:t>Curso / grupo</w:t>
            </w:r>
          </w:p>
        </w:tc>
        <w:tc>
          <w:tcPr>
            <w:tcW w:type="dxa" w:w="4535"/>
            <w:tcMar>
              <w:top w:w="120" w:type="dxa"/>
              <w:start w:w="120" w:type="dxa"/>
              <w:bottom w:w="120" w:type="dxa"/>
              <w:end w:w="120" w:type="dxa"/>
            </w:tcMar>
          </w:tcPr>
          <w:p>
            <w:r>
              <w:t>________________________</w:t>
            </w:r>
          </w:p>
        </w:tc>
      </w:tr>
    </w:tbl>
    <w:p/>
    <w:p>
      <w:pPr>
        <w:jc w:val="center"/>
      </w:pPr>
      <w:r>
        <w:rPr>
          <w:i/>
          <w:color w:val="595959"/>
          <w:sz w:val="22"/>
        </w:rPr>
        <w:t>Banco de preguntas organizado en cuatro niveles de dificultad.</w:t>
      </w:r>
    </w:p>
    <w:p>
      <w:r>
        <w:br w:type="page"/>
      </w:r>
    </w:p>
    <w:tbl>
      <w:tblPr>
        <w:tblW w:type="auto" w:w="0"/>
        <w:tblLayout w:type="fixed"/>
        <w:tblLook w:firstColumn="1" w:firstRow="1" w:lastColumn="0" w:lastRow="0" w:noHBand="0" w:noVBand="1" w:val="04A0"/>
      </w:tblPr>
      <w:tblGrid>
        <w:gridCol w:w="9638"/>
      </w:tblGrid>
      <w:tr>
        <w:tc>
          <w:tcPr>
            <w:tcW w:type="dxa" w:w="10312"/>
            <w:shd w:fill="D9EAD3"/>
            <w:tcMar>
              <w:top w:w="160" w:type="dxa"/>
              <w:start w:w="180" w:type="dxa"/>
              <w:bottom w:w="160" w:type="dxa"/>
              <w:end w:w="180" w:type="dxa"/>
            </w:tcMar>
          </w:tcPr>
          <w:p>
            <w:pPr>
              <w:jc w:val="left"/>
            </w:pPr>
            <w:r>
              <w:rPr>
                <w:b/>
                <w:color w:val="38761D"/>
                <w:sz w:val="32"/>
              </w:rPr>
              <w:t>MUY FÁCILES · 10 preguntas</w:t>
            </w:r>
          </w:p>
        </w:tc>
      </w:tr>
    </w:tbl>
    <w:p/>
    <w:p>
      <w:pPr>
        <w:keepLines/>
        <w:spacing w:after="100"/>
        <w:ind w:left="113"/>
      </w:pPr>
      <w:r>
        <w:rPr>
          <w:b/>
          <w:color w:val="38761D"/>
        </w:rPr>
        <w:t xml:space="preserve">1. </w:t>
      </w:r>
      <w:r>
        <w:rPr>
          <w:sz w:val="21"/>
        </w:rPr>
        <w:t>¿Qué componente se considera el “cerebro” del ordenador?</w:t>
      </w:r>
    </w:p>
    <w:p>
      <w:pPr>
        <w:keepLines/>
        <w:spacing w:after="100"/>
        <w:ind w:left="113"/>
      </w:pPr>
      <w:r>
        <w:rPr>
          <w:b/>
          <w:color w:val="38761D"/>
        </w:rPr>
        <w:t xml:space="preserve">2. </w:t>
      </w:r>
      <w:r>
        <w:rPr>
          <w:sz w:val="21"/>
        </w:rPr>
        <w:t>¿Qué significan las siglas CPU?</w:t>
      </w:r>
    </w:p>
    <w:p>
      <w:pPr>
        <w:keepLines/>
        <w:spacing w:after="100"/>
        <w:ind w:left="113"/>
      </w:pPr>
      <w:r>
        <w:rPr>
          <w:b/>
          <w:color w:val="38761D"/>
        </w:rPr>
        <w:t xml:space="preserve">3. </w:t>
      </w:r>
      <w:r>
        <w:rPr>
          <w:sz w:val="21"/>
        </w:rPr>
        <w:t>¿Cómo se llama la memoria que utiliza el ordenador mientras está trabajando?</w:t>
      </w:r>
    </w:p>
    <w:p>
      <w:pPr>
        <w:keepLines/>
        <w:spacing w:after="100"/>
        <w:ind w:left="113"/>
      </w:pPr>
      <w:r>
        <w:rPr>
          <w:b/>
          <w:color w:val="38761D"/>
        </w:rPr>
        <w:t xml:space="preserve">4. </w:t>
      </w:r>
      <w:r>
        <w:rPr>
          <w:sz w:val="21"/>
        </w:rPr>
        <w:t>¿Qué componente se utiliza para guardar archivos y programas de forma permanente?</w:t>
      </w:r>
    </w:p>
    <w:p>
      <w:pPr>
        <w:keepLines/>
        <w:spacing w:after="100"/>
        <w:ind w:left="113"/>
      </w:pPr>
      <w:r>
        <w:rPr>
          <w:b/>
          <w:color w:val="38761D"/>
        </w:rPr>
        <w:t xml:space="preserve">5. </w:t>
      </w:r>
      <w:r>
        <w:rPr>
          <w:sz w:val="21"/>
        </w:rPr>
        <w:t>¿Qué componente conecta entre sí los principales elementos del ordenador?</w:t>
      </w:r>
    </w:p>
    <w:p>
      <w:pPr>
        <w:keepLines/>
        <w:spacing w:after="100"/>
        <w:ind w:left="113"/>
      </w:pPr>
      <w:r>
        <w:rPr>
          <w:b/>
          <w:color w:val="38761D"/>
        </w:rPr>
        <w:t xml:space="preserve">6. </w:t>
      </w:r>
      <w:r>
        <w:rPr>
          <w:sz w:val="21"/>
        </w:rPr>
        <w:t>¿Cómo se llama el componente encargado principalmente de procesar los gráficos?</w:t>
      </w:r>
    </w:p>
    <w:p>
      <w:pPr>
        <w:keepLines/>
        <w:spacing w:after="100"/>
        <w:ind w:left="113"/>
      </w:pPr>
      <w:r>
        <w:rPr>
          <w:b/>
          <w:color w:val="38761D"/>
        </w:rPr>
        <w:t xml:space="preserve">7. </w:t>
      </w:r>
      <w:r>
        <w:rPr>
          <w:sz w:val="21"/>
        </w:rPr>
        <w:t>¿Qué componente proporciona energía eléctrica al resto del ordenador?</w:t>
      </w:r>
    </w:p>
    <w:p>
      <w:pPr>
        <w:keepLines/>
        <w:spacing w:after="100"/>
        <w:ind w:left="113"/>
      </w:pPr>
      <w:r>
        <w:rPr>
          <w:b/>
          <w:color w:val="38761D"/>
        </w:rPr>
        <w:t xml:space="preserve">8. </w:t>
      </w:r>
      <w:r>
        <w:rPr>
          <w:sz w:val="21"/>
        </w:rPr>
        <w:t>¿Para qué sirve un ventilador dentro de un ordenador?</w:t>
      </w:r>
    </w:p>
    <w:p>
      <w:pPr>
        <w:keepLines/>
        <w:spacing w:after="100"/>
        <w:ind w:left="113"/>
      </w:pPr>
      <w:r>
        <w:rPr>
          <w:b/>
          <w:color w:val="38761D"/>
        </w:rPr>
        <w:t xml:space="preserve">9. </w:t>
      </w:r>
      <w:r>
        <w:rPr>
          <w:sz w:val="21"/>
        </w:rPr>
        <w:t>¿El teclado es un periférico de entrada o de salida?</w:t>
      </w:r>
    </w:p>
    <w:p>
      <w:pPr>
        <w:keepLines/>
        <w:spacing w:after="100"/>
        <w:ind w:left="113"/>
      </w:pPr>
      <w:r>
        <w:rPr>
          <w:b/>
          <w:color w:val="38761D"/>
        </w:rPr>
        <w:t xml:space="preserve">10. </w:t>
      </w:r>
      <w:r>
        <w:rPr>
          <w:sz w:val="21"/>
        </w:rPr>
        <w:t>¿El monitor es un periférico de entrada o de salida?</w:t>
      </w:r>
    </w:p>
    <w:p>
      <w:r>
        <w:br w:type="page"/>
      </w:r>
    </w:p>
    <w:tbl>
      <w:tblPr>
        <w:tblW w:type="auto" w:w="0"/>
        <w:tblLayout w:type="fixed"/>
        <w:tblLook w:firstColumn="1" w:firstRow="1" w:lastColumn="0" w:lastRow="0" w:noHBand="0" w:noVBand="1" w:val="04A0"/>
      </w:tblPr>
      <w:tblGrid>
        <w:gridCol w:w="9638"/>
      </w:tblGrid>
      <w:tr>
        <w:tc>
          <w:tcPr>
            <w:tcW w:type="dxa" w:w="10312"/>
            <w:shd w:fill="DDEBF7"/>
            <w:tcMar>
              <w:top w:w="160" w:type="dxa"/>
              <w:start w:w="180" w:type="dxa"/>
              <w:bottom w:w="160" w:type="dxa"/>
              <w:end w:w="180" w:type="dxa"/>
            </w:tcMar>
          </w:tcPr>
          <w:p>
            <w:pPr>
              <w:jc w:val="left"/>
            </w:pPr>
            <w:r>
              <w:rPr>
                <w:b/>
                <w:color w:val="1F4E78"/>
                <w:sz w:val="32"/>
              </w:rPr>
              <w:t>FÁCILES · 40 preguntas</w:t>
            </w:r>
          </w:p>
        </w:tc>
      </w:tr>
    </w:tbl>
    <w:p/>
    <w:p>
      <w:pPr>
        <w:keepLines/>
        <w:spacing w:after="100"/>
        <w:ind w:left="113"/>
      </w:pPr>
      <w:r>
        <w:rPr>
          <w:b/>
          <w:color w:val="1F4E78"/>
        </w:rPr>
        <w:t xml:space="preserve">11. </w:t>
      </w:r>
      <w:r>
        <w:rPr>
          <w:sz w:val="21"/>
        </w:rPr>
        <w:t>¿Qué significan las siglas RAM?</w:t>
      </w:r>
    </w:p>
    <w:p>
      <w:pPr>
        <w:keepLines/>
        <w:spacing w:after="100"/>
        <w:ind w:left="113"/>
      </w:pPr>
      <w:r>
        <w:rPr>
          <w:b/>
          <w:color w:val="1F4E78"/>
        </w:rPr>
        <w:t xml:space="preserve">12. </w:t>
      </w:r>
      <w:r>
        <w:rPr>
          <w:sz w:val="21"/>
        </w:rPr>
        <w:t>¿Qué significan las siglas GPU?</w:t>
      </w:r>
    </w:p>
    <w:p>
      <w:pPr>
        <w:keepLines/>
        <w:spacing w:after="100"/>
        <w:ind w:left="113"/>
      </w:pPr>
      <w:r>
        <w:rPr>
          <w:b/>
          <w:color w:val="1F4E78"/>
        </w:rPr>
        <w:t xml:space="preserve">13. </w:t>
      </w:r>
      <w:r>
        <w:rPr>
          <w:sz w:val="21"/>
        </w:rPr>
        <w:t>¿Qué significan las siglas SSD?</w:t>
      </w:r>
    </w:p>
    <w:p>
      <w:pPr>
        <w:keepLines/>
        <w:spacing w:after="100"/>
        <w:ind w:left="113"/>
      </w:pPr>
      <w:r>
        <w:rPr>
          <w:b/>
          <w:color w:val="1F4E78"/>
        </w:rPr>
        <w:t xml:space="preserve">14. </w:t>
      </w:r>
      <w:r>
        <w:rPr>
          <w:sz w:val="21"/>
        </w:rPr>
        <w:t>¿Qué significan las siglas HDD?</w:t>
      </w:r>
    </w:p>
    <w:p>
      <w:pPr>
        <w:keepLines/>
        <w:spacing w:after="100"/>
        <w:ind w:left="113"/>
      </w:pPr>
      <w:r>
        <w:rPr>
          <w:b/>
          <w:color w:val="1F4E78"/>
        </w:rPr>
        <w:t xml:space="preserve">15. </w:t>
      </w:r>
      <w:r>
        <w:rPr>
          <w:sz w:val="21"/>
        </w:rPr>
        <w:t>¿Cuál es la función principal de la placa base?</w:t>
      </w:r>
    </w:p>
    <w:p>
      <w:pPr>
        <w:keepLines/>
        <w:spacing w:after="100"/>
        <w:ind w:left="113"/>
      </w:pPr>
      <w:r>
        <w:rPr>
          <w:b/>
          <w:color w:val="1F4E78"/>
        </w:rPr>
        <w:t xml:space="preserve">16. </w:t>
      </w:r>
      <w:r>
        <w:rPr>
          <w:sz w:val="21"/>
        </w:rPr>
        <w:t>¿Dónde se instala el procesador dentro de la placa base?</w:t>
      </w:r>
    </w:p>
    <w:p>
      <w:pPr>
        <w:keepLines/>
        <w:spacing w:after="100"/>
        <w:ind w:left="113"/>
      </w:pPr>
      <w:r>
        <w:rPr>
          <w:b/>
          <w:color w:val="1F4E78"/>
        </w:rPr>
        <w:t xml:space="preserve">17. </w:t>
      </w:r>
      <w:r>
        <w:rPr>
          <w:sz w:val="21"/>
        </w:rPr>
        <w:t>¿Cómo se llama el lugar de la placa base donde se coloca la CPU?</w:t>
      </w:r>
    </w:p>
    <w:p>
      <w:pPr>
        <w:keepLines/>
        <w:spacing w:after="100"/>
        <w:ind w:left="113"/>
      </w:pPr>
      <w:r>
        <w:rPr>
          <w:b/>
          <w:color w:val="1F4E78"/>
        </w:rPr>
        <w:t xml:space="preserve">18. </w:t>
      </w:r>
      <w:r>
        <w:rPr>
          <w:sz w:val="21"/>
        </w:rPr>
        <w:t>¿En qué tipo de ranuras se colocan normalmente los módulos de memoria RAM?</w:t>
      </w:r>
    </w:p>
    <w:p>
      <w:pPr>
        <w:keepLines/>
        <w:spacing w:after="100"/>
        <w:ind w:left="113"/>
      </w:pPr>
      <w:r>
        <w:rPr>
          <w:b/>
          <w:color w:val="1F4E78"/>
        </w:rPr>
        <w:t xml:space="preserve">19. </w:t>
      </w:r>
      <w:r>
        <w:rPr>
          <w:sz w:val="21"/>
        </w:rPr>
        <w:t>¿Para qué sirven las ranuras PCIe?</w:t>
      </w:r>
    </w:p>
    <w:p>
      <w:pPr>
        <w:keepLines/>
        <w:spacing w:after="100"/>
        <w:ind w:left="113"/>
      </w:pPr>
      <w:r>
        <w:rPr>
          <w:b/>
          <w:color w:val="1F4E78"/>
        </w:rPr>
        <w:t xml:space="preserve">20. </w:t>
      </w:r>
      <w:r>
        <w:rPr>
          <w:sz w:val="21"/>
        </w:rPr>
        <w:t>¿Qué dos tipos de almacenamiento aparecen en SAMware: HDD y qué otro?</w:t>
      </w:r>
    </w:p>
    <w:p>
      <w:pPr>
        <w:keepLines/>
        <w:spacing w:after="100"/>
        <w:ind w:left="113"/>
      </w:pPr>
      <w:r>
        <w:rPr>
          <w:b/>
          <w:color w:val="1F4E78"/>
        </w:rPr>
        <w:t xml:space="preserve">21. </w:t>
      </w:r>
      <w:r>
        <w:rPr>
          <w:sz w:val="21"/>
        </w:rPr>
        <w:t>¿Qué suele ser más rápido: un HDD o un SSD?</w:t>
      </w:r>
    </w:p>
    <w:p>
      <w:pPr>
        <w:keepLines/>
        <w:spacing w:after="100"/>
        <w:ind w:left="113"/>
      </w:pPr>
      <w:r>
        <w:rPr>
          <w:b/>
          <w:color w:val="1F4E78"/>
        </w:rPr>
        <w:t xml:space="preserve">22. </w:t>
      </w:r>
      <w:r>
        <w:rPr>
          <w:sz w:val="21"/>
        </w:rPr>
        <w:t>¿Qué unidad se utiliza habitualmente para indicar la capacidad de la memoria RAM?</w:t>
      </w:r>
    </w:p>
    <w:p>
      <w:pPr>
        <w:keepLines/>
        <w:spacing w:after="100"/>
        <w:ind w:left="113"/>
      </w:pPr>
      <w:r>
        <w:rPr>
          <w:b/>
          <w:color w:val="1F4E78"/>
        </w:rPr>
        <w:t xml:space="preserve">23. </w:t>
      </w:r>
      <w:r>
        <w:rPr>
          <w:sz w:val="21"/>
        </w:rPr>
        <w:t>¿Qué unidad se utiliza habitualmente para indicar la capacidad de un disco de almacenamiento?</w:t>
      </w:r>
    </w:p>
    <w:p>
      <w:pPr>
        <w:keepLines/>
        <w:spacing w:after="100"/>
        <w:ind w:left="113"/>
      </w:pPr>
      <w:r>
        <w:rPr>
          <w:b/>
          <w:color w:val="1F4E78"/>
        </w:rPr>
        <w:t xml:space="preserve">24. </w:t>
      </w:r>
      <w:r>
        <w:rPr>
          <w:sz w:val="21"/>
        </w:rPr>
        <w:t>¿Qué unidad se utiliza para indicar la frecuencia de funcionamiento de un procesador?</w:t>
      </w:r>
    </w:p>
    <w:p>
      <w:pPr>
        <w:keepLines/>
        <w:spacing w:after="100"/>
        <w:ind w:left="113"/>
      </w:pPr>
      <w:r>
        <w:rPr>
          <w:b/>
          <w:color w:val="1F4E78"/>
        </w:rPr>
        <w:t xml:space="preserve">25. </w:t>
      </w:r>
      <w:r>
        <w:rPr>
          <w:sz w:val="21"/>
        </w:rPr>
        <w:t>¿Qué es más moderno: DDR4 o DDR5?</w:t>
      </w:r>
    </w:p>
    <w:p>
      <w:pPr>
        <w:keepLines/>
        <w:spacing w:after="100"/>
        <w:ind w:left="113"/>
      </w:pPr>
      <w:r>
        <w:rPr>
          <w:b/>
          <w:color w:val="1F4E78"/>
        </w:rPr>
        <w:t xml:space="preserve">26. </w:t>
      </w:r>
      <w:r>
        <w:rPr>
          <w:sz w:val="21"/>
        </w:rPr>
        <w:t>¿Qué ocurre normalmente si un ordenador tiene muy poca memoria RAM?</w:t>
      </w:r>
    </w:p>
    <w:p>
      <w:pPr>
        <w:keepLines/>
        <w:spacing w:after="100"/>
        <w:ind w:left="113"/>
      </w:pPr>
      <w:r>
        <w:rPr>
          <w:b/>
          <w:color w:val="1F4E78"/>
        </w:rPr>
        <w:t xml:space="preserve">27. </w:t>
      </w:r>
      <w:r>
        <w:rPr>
          <w:sz w:val="21"/>
        </w:rPr>
        <w:t>¿Para qué sirve la memoria VRAM?</w:t>
      </w:r>
    </w:p>
    <w:p>
      <w:pPr>
        <w:keepLines/>
        <w:spacing w:after="100"/>
        <w:ind w:left="113"/>
      </w:pPr>
      <w:r>
        <w:rPr>
          <w:b/>
          <w:color w:val="1F4E78"/>
        </w:rPr>
        <w:t xml:space="preserve">28. </w:t>
      </w:r>
      <w:r>
        <w:rPr>
          <w:sz w:val="21"/>
        </w:rPr>
        <w:t>¿Dónde se encuentra la VRAM?</w:t>
      </w:r>
    </w:p>
    <w:p>
      <w:pPr>
        <w:keepLines/>
        <w:spacing w:after="100"/>
        <w:ind w:left="113"/>
      </w:pPr>
      <w:r>
        <w:rPr>
          <w:b/>
          <w:color w:val="1F4E78"/>
        </w:rPr>
        <w:t xml:space="preserve">29. </w:t>
      </w:r>
      <w:r>
        <w:rPr>
          <w:sz w:val="21"/>
        </w:rPr>
        <w:t>¿Cuál es la principal función de una tarjeta gráfica?</w:t>
      </w:r>
    </w:p>
    <w:p>
      <w:pPr>
        <w:keepLines/>
        <w:spacing w:after="100"/>
        <w:ind w:left="113"/>
      </w:pPr>
      <w:r>
        <w:rPr>
          <w:b/>
          <w:color w:val="1F4E78"/>
        </w:rPr>
        <w:t xml:space="preserve">30. </w:t>
      </w:r>
      <w:r>
        <w:rPr>
          <w:sz w:val="21"/>
        </w:rPr>
        <w:t>Pon un ejemplo de una actividad que pueda necesitar una tarjeta gráfica potente.</w:t>
      </w:r>
    </w:p>
    <w:p>
      <w:pPr>
        <w:keepLines/>
        <w:spacing w:after="100"/>
        <w:ind w:left="113"/>
      </w:pPr>
      <w:r>
        <w:rPr>
          <w:b/>
          <w:color w:val="1F4E78"/>
        </w:rPr>
        <w:t xml:space="preserve">31. </w:t>
      </w:r>
      <w:r>
        <w:rPr>
          <w:sz w:val="21"/>
        </w:rPr>
        <w:t>¿Qué diferencia básica existe entre una gráfica integrada y una gráfica dedicada?</w:t>
      </w:r>
    </w:p>
    <w:p>
      <w:pPr>
        <w:keepLines/>
        <w:spacing w:after="100"/>
        <w:ind w:left="113"/>
      </w:pPr>
      <w:r>
        <w:rPr>
          <w:b/>
          <w:color w:val="1F4E78"/>
        </w:rPr>
        <w:t xml:space="preserve">32. </w:t>
      </w:r>
      <w:r>
        <w:rPr>
          <w:sz w:val="21"/>
        </w:rPr>
        <w:t>¿En qué unidad se mide la potencia de una fuente de alimentación?</w:t>
      </w:r>
    </w:p>
    <w:p>
      <w:pPr>
        <w:keepLines/>
        <w:spacing w:after="100"/>
        <w:ind w:left="113"/>
      </w:pPr>
      <w:r>
        <w:rPr>
          <w:b/>
          <w:color w:val="1F4E78"/>
        </w:rPr>
        <w:t xml:space="preserve">33. </w:t>
      </w:r>
      <w:r>
        <w:rPr>
          <w:sz w:val="21"/>
        </w:rPr>
        <w:t>¿Por qué es importante que la fuente de alimentación tenga suficiente potencia?</w:t>
      </w:r>
    </w:p>
    <w:p>
      <w:pPr>
        <w:keepLines/>
        <w:spacing w:after="100"/>
        <w:ind w:left="113"/>
      </w:pPr>
      <w:r>
        <w:rPr>
          <w:b/>
          <w:color w:val="1F4E78"/>
        </w:rPr>
        <w:t xml:space="preserve">34. </w:t>
      </w:r>
      <w:r>
        <w:rPr>
          <w:sz w:val="21"/>
        </w:rPr>
        <w:t>¿Qué componente ayuda a retirar el calor de la CPU?</w:t>
      </w:r>
    </w:p>
    <w:p>
      <w:pPr>
        <w:keepLines/>
        <w:spacing w:after="100"/>
        <w:ind w:left="113"/>
      </w:pPr>
      <w:r>
        <w:rPr>
          <w:b/>
          <w:color w:val="1F4E78"/>
        </w:rPr>
        <w:t xml:space="preserve">35. </w:t>
      </w:r>
      <w:r>
        <w:rPr>
          <w:sz w:val="21"/>
        </w:rPr>
        <w:t>¿Para qué sirve la pasta térmica?</w:t>
      </w:r>
    </w:p>
    <w:p>
      <w:pPr>
        <w:keepLines/>
        <w:spacing w:after="100"/>
        <w:ind w:left="113"/>
      </w:pPr>
      <w:r>
        <w:rPr>
          <w:b/>
          <w:color w:val="1F4E78"/>
        </w:rPr>
        <w:t xml:space="preserve">36. </w:t>
      </w:r>
      <w:r>
        <w:rPr>
          <w:sz w:val="21"/>
        </w:rPr>
        <w:t>Nombra dos sistemas de refrigeración de un ordenador.</w:t>
      </w:r>
    </w:p>
    <w:p>
      <w:pPr>
        <w:keepLines/>
        <w:spacing w:after="100"/>
        <w:ind w:left="113"/>
      </w:pPr>
      <w:r>
        <w:rPr>
          <w:b/>
          <w:color w:val="1F4E78"/>
        </w:rPr>
        <w:t xml:space="preserve">37. </w:t>
      </w:r>
      <w:r>
        <w:rPr>
          <w:sz w:val="21"/>
        </w:rPr>
        <w:t>¿Por qué es importante que el aire pueda circular por el interior de la caja?</w:t>
      </w:r>
    </w:p>
    <w:p>
      <w:pPr>
        <w:keepLines/>
        <w:spacing w:after="100"/>
        <w:ind w:left="113"/>
      </w:pPr>
      <w:r>
        <w:rPr>
          <w:b/>
          <w:color w:val="1F4E78"/>
        </w:rPr>
        <w:t xml:space="preserve">38. </w:t>
      </w:r>
      <w:r>
        <w:rPr>
          <w:sz w:val="21"/>
        </w:rPr>
        <w:t>¿Qué función tiene la caja o torre de un ordenador?</w:t>
      </w:r>
    </w:p>
    <w:p>
      <w:pPr>
        <w:keepLines/>
        <w:spacing w:after="100"/>
        <w:ind w:left="113"/>
      </w:pPr>
      <w:r>
        <w:rPr>
          <w:b/>
          <w:color w:val="1F4E78"/>
        </w:rPr>
        <w:t xml:space="preserve">39. </w:t>
      </w:r>
      <w:r>
        <w:rPr>
          <w:sz w:val="21"/>
        </w:rPr>
        <w:t>¿Por qué es importante que una caja tenga suficiente espacio en su interior?</w:t>
      </w:r>
    </w:p>
    <w:p>
      <w:pPr>
        <w:keepLines/>
        <w:spacing w:after="100"/>
        <w:ind w:left="113"/>
      </w:pPr>
      <w:r>
        <w:rPr>
          <w:b/>
          <w:color w:val="1F4E78"/>
        </w:rPr>
        <w:t xml:space="preserve">40. </w:t>
      </w:r>
      <w:r>
        <w:rPr>
          <w:sz w:val="21"/>
        </w:rPr>
        <w:t>¿Para qué se utiliza un puerto USB?</w:t>
      </w:r>
    </w:p>
    <w:p>
      <w:pPr>
        <w:keepLines/>
        <w:spacing w:after="100"/>
        <w:ind w:left="113"/>
      </w:pPr>
      <w:r>
        <w:rPr>
          <w:b/>
          <w:color w:val="1F4E78"/>
        </w:rPr>
        <w:t xml:space="preserve">41. </w:t>
      </w:r>
      <w:r>
        <w:rPr>
          <w:sz w:val="21"/>
        </w:rPr>
        <w:t>¿Para qué se utiliza normalmente un puerto HDMI?</w:t>
      </w:r>
    </w:p>
    <w:p>
      <w:pPr>
        <w:keepLines/>
        <w:spacing w:after="100"/>
        <w:ind w:left="113"/>
      </w:pPr>
      <w:r>
        <w:rPr>
          <w:b/>
          <w:color w:val="1F4E78"/>
        </w:rPr>
        <w:t xml:space="preserve">42. </w:t>
      </w:r>
      <w:r>
        <w:rPr>
          <w:sz w:val="21"/>
        </w:rPr>
        <w:t>¿Qué tipo de conexión se utiliza habitualmente para conectar un ordenador a una red mediante cable?</w:t>
      </w:r>
    </w:p>
    <w:p>
      <w:pPr>
        <w:keepLines/>
        <w:spacing w:after="100"/>
        <w:ind w:left="113"/>
      </w:pPr>
      <w:r>
        <w:rPr>
          <w:b/>
          <w:color w:val="1F4E78"/>
        </w:rPr>
        <w:t xml:space="preserve">43. </w:t>
      </w:r>
      <w:r>
        <w:rPr>
          <w:sz w:val="21"/>
        </w:rPr>
        <w:t>¿Qué conector puede utilizarse para conectar un monitor además de HDMI?</w:t>
      </w:r>
    </w:p>
    <w:p>
      <w:pPr>
        <w:keepLines/>
        <w:spacing w:after="100"/>
        <w:ind w:left="113"/>
      </w:pPr>
      <w:r>
        <w:rPr>
          <w:b/>
          <w:color w:val="1F4E78"/>
        </w:rPr>
        <w:t xml:space="preserve">44. </w:t>
      </w:r>
      <w:r>
        <w:rPr>
          <w:sz w:val="21"/>
        </w:rPr>
        <w:t>¿Qué periférico utilizamos normalmente para escribir?</w:t>
      </w:r>
    </w:p>
    <w:p>
      <w:pPr>
        <w:keepLines/>
        <w:spacing w:after="100"/>
        <w:ind w:left="113"/>
      </w:pPr>
      <w:r>
        <w:rPr>
          <w:b/>
          <w:color w:val="1F4E78"/>
        </w:rPr>
        <w:t xml:space="preserve">45. </w:t>
      </w:r>
      <w:r>
        <w:rPr>
          <w:sz w:val="21"/>
        </w:rPr>
        <w:t>¿Qué periférico utilizamos normalmente para mover el puntero por la pantalla?</w:t>
      </w:r>
    </w:p>
    <w:p>
      <w:pPr>
        <w:keepLines/>
        <w:spacing w:after="100"/>
        <w:ind w:left="113"/>
      </w:pPr>
      <w:r>
        <w:rPr>
          <w:b/>
          <w:color w:val="1F4E78"/>
        </w:rPr>
        <w:t xml:space="preserve">46. </w:t>
      </w:r>
      <w:r>
        <w:rPr>
          <w:sz w:val="21"/>
        </w:rPr>
        <w:t>¿Un micrófono es un periférico de entrada o de salida?</w:t>
      </w:r>
    </w:p>
    <w:p>
      <w:pPr>
        <w:keepLines/>
        <w:spacing w:after="100"/>
        <w:ind w:left="113"/>
      </w:pPr>
      <w:r>
        <w:rPr>
          <w:b/>
          <w:color w:val="1F4E78"/>
        </w:rPr>
        <w:t xml:space="preserve">47. </w:t>
      </w:r>
      <w:r>
        <w:rPr>
          <w:sz w:val="21"/>
        </w:rPr>
        <w:t>¿Unos altavoces son periféricos de entrada o de salida?</w:t>
      </w:r>
    </w:p>
    <w:p>
      <w:pPr>
        <w:keepLines/>
        <w:spacing w:after="100"/>
        <w:ind w:left="113"/>
      </w:pPr>
      <w:r>
        <w:rPr>
          <w:b/>
          <w:color w:val="1F4E78"/>
        </w:rPr>
        <w:t xml:space="preserve">48. </w:t>
      </w:r>
      <w:r>
        <w:rPr>
          <w:sz w:val="21"/>
        </w:rPr>
        <w:t>¿Una pantalla táctil puede funcionar como periférico de entrada y de salida? Explica brevemente por qué.</w:t>
      </w:r>
    </w:p>
    <w:p>
      <w:pPr>
        <w:keepLines/>
        <w:spacing w:after="100"/>
        <w:ind w:left="113"/>
      </w:pPr>
      <w:r>
        <w:rPr>
          <w:b/>
          <w:color w:val="1F4E78"/>
        </w:rPr>
        <w:t xml:space="preserve">49. </w:t>
      </w:r>
      <w:r>
        <w:rPr>
          <w:sz w:val="21"/>
        </w:rPr>
        <w:t>Nombra tres componentes que se encuentren en el interior de una torre.</w:t>
      </w:r>
    </w:p>
    <w:p>
      <w:pPr>
        <w:keepLines/>
        <w:spacing w:after="100"/>
        <w:ind w:left="113"/>
      </w:pPr>
      <w:r>
        <w:rPr>
          <w:b/>
          <w:color w:val="1F4E78"/>
        </w:rPr>
        <w:t xml:space="preserve">50. </w:t>
      </w:r>
      <w:r>
        <w:rPr>
          <w:sz w:val="21"/>
        </w:rPr>
        <w:t>Ordena de menor a mayor estas unidades de almacenamiento: MB, TB y GB.</w:t>
      </w:r>
    </w:p>
    <w:p>
      <w:r>
        <w:br w:type="page"/>
      </w:r>
    </w:p>
    <w:tbl>
      <w:tblPr>
        <w:tblW w:type="auto" w:w="0"/>
        <w:tblLayout w:type="fixed"/>
        <w:tblLook w:firstColumn="1" w:firstRow="1" w:lastColumn="0" w:lastRow="0" w:noHBand="0" w:noVBand="1" w:val="04A0"/>
      </w:tblPr>
      <w:tblGrid>
        <w:gridCol w:w="9638"/>
      </w:tblGrid>
      <w:tr>
        <w:tc>
          <w:tcPr>
            <w:tcW w:type="dxa" w:w="10312"/>
            <w:shd w:fill="FFF2CC"/>
            <w:tcMar>
              <w:top w:w="160" w:type="dxa"/>
              <w:start w:w="180" w:type="dxa"/>
              <w:bottom w:w="160" w:type="dxa"/>
              <w:end w:w="180" w:type="dxa"/>
            </w:tcMar>
          </w:tcPr>
          <w:p>
            <w:pPr>
              <w:jc w:val="left"/>
            </w:pPr>
            <w:r>
              <w:rPr>
                <w:b/>
                <w:color w:val="BF9000"/>
                <w:sz w:val="32"/>
              </w:rPr>
              <w:t>DIFÍCILES · 30 preguntas</w:t>
            </w:r>
          </w:p>
        </w:tc>
      </w:tr>
    </w:tbl>
    <w:p/>
    <w:p>
      <w:pPr>
        <w:keepLines/>
        <w:spacing w:after="100"/>
        <w:ind w:left="113"/>
      </w:pPr>
      <w:r>
        <w:rPr>
          <w:b/>
          <w:color w:val="BF9000"/>
        </w:rPr>
        <w:t xml:space="preserve">51. </w:t>
      </w:r>
      <w:r>
        <w:rPr>
          <w:sz w:val="21"/>
        </w:rPr>
        <w:t>Explica con tus palabras la diferencia entre la memoria RAM y un SSD.</w:t>
      </w:r>
    </w:p>
    <w:p>
      <w:pPr>
        <w:keepLines/>
        <w:spacing w:after="100"/>
        <w:ind w:left="113"/>
      </w:pPr>
      <w:r>
        <w:rPr>
          <w:b/>
          <w:color w:val="BF9000"/>
        </w:rPr>
        <w:t xml:space="preserve">52. </w:t>
      </w:r>
      <w:r>
        <w:rPr>
          <w:sz w:val="21"/>
        </w:rPr>
        <w:t>¿Por qué la información almacenada en un SSD permanece aunque apaguemos el ordenador y la información de la RAM no se utiliza de la misma manera?</w:t>
      </w:r>
    </w:p>
    <w:p>
      <w:pPr>
        <w:keepLines/>
        <w:spacing w:after="100"/>
        <w:ind w:left="113"/>
      </w:pPr>
      <w:r>
        <w:rPr>
          <w:b/>
          <w:color w:val="BF9000"/>
        </w:rPr>
        <w:t xml:space="preserve">53. </w:t>
      </w:r>
      <w:r>
        <w:rPr>
          <w:sz w:val="21"/>
        </w:rPr>
        <w:t>Un ordenador tiene un procesador muy rápido pero solo 4 GB de RAM. ¿Qué problema puede aparecer al abrir muchos programas al mismo tiempo?</w:t>
      </w:r>
    </w:p>
    <w:p>
      <w:pPr>
        <w:keepLines/>
        <w:spacing w:after="100"/>
        <w:ind w:left="113"/>
      </w:pPr>
      <w:r>
        <w:rPr>
          <w:b/>
          <w:color w:val="BF9000"/>
        </w:rPr>
        <w:t xml:space="preserve">54. </w:t>
      </w:r>
      <w:r>
        <w:rPr>
          <w:sz w:val="21"/>
        </w:rPr>
        <w:t>Un ordenador tarda mucho en arrancar y utiliza un HDD antiguo. ¿Qué componente cambiarías para intentar acelerar el arranque?</w:t>
      </w:r>
    </w:p>
    <w:p>
      <w:pPr>
        <w:keepLines/>
        <w:spacing w:after="100"/>
        <w:ind w:left="113"/>
      </w:pPr>
      <w:r>
        <w:rPr>
          <w:b/>
          <w:color w:val="BF9000"/>
        </w:rPr>
        <w:t xml:space="preserve">55. </w:t>
      </w:r>
      <w:r>
        <w:rPr>
          <w:sz w:val="21"/>
        </w:rPr>
        <w:t>¿Qué ventaja puede tener un SSD NVMe frente a un HDD?</w:t>
      </w:r>
    </w:p>
    <w:p>
      <w:pPr>
        <w:keepLines/>
        <w:spacing w:after="100"/>
        <w:ind w:left="113"/>
      </w:pPr>
      <w:r>
        <w:rPr>
          <w:b/>
          <w:color w:val="BF9000"/>
        </w:rPr>
        <w:t xml:space="preserve">56. </w:t>
      </w:r>
      <w:r>
        <w:rPr>
          <w:sz w:val="21"/>
        </w:rPr>
        <w:t>Explica la diferencia entre capacidad y velocidad de almacenamiento.</w:t>
      </w:r>
    </w:p>
    <w:p>
      <w:pPr>
        <w:keepLines/>
        <w:spacing w:after="100"/>
        <w:ind w:left="113"/>
      </w:pPr>
      <w:r>
        <w:rPr>
          <w:b/>
          <w:color w:val="BF9000"/>
        </w:rPr>
        <w:t xml:space="preserve">57. </w:t>
      </w:r>
      <w:r>
        <w:rPr>
          <w:sz w:val="21"/>
        </w:rPr>
        <w:t>¿Por qué tener un disco de 2 TB no significa necesariamente que el ordenador sea rápido?</w:t>
      </w:r>
    </w:p>
    <w:p>
      <w:pPr>
        <w:keepLines/>
        <w:spacing w:after="100"/>
        <w:ind w:left="113"/>
      </w:pPr>
      <w:r>
        <w:rPr>
          <w:b/>
          <w:color w:val="BF9000"/>
        </w:rPr>
        <w:t xml:space="preserve">58. </w:t>
      </w:r>
      <w:r>
        <w:rPr>
          <w:sz w:val="21"/>
        </w:rPr>
        <w:t>¿Por qué una tarjeta gráfica dedicada suele ser más adecuada que una integrada para videojuegos exigentes?</w:t>
      </w:r>
    </w:p>
    <w:p>
      <w:pPr>
        <w:keepLines/>
        <w:spacing w:after="100"/>
        <w:ind w:left="113"/>
      </w:pPr>
      <w:r>
        <w:rPr>
          <w:b/>
          <w:color w:val="BF9000"/>
        </w:rPr>
        <w:t xml:space="preserve">59. </w:t>
      </w:r>
      <w:r>
        <w:rPr>
          <w:sz w:val="21"/>
        </w:rPr>
        <w:t>¿Qué relación existe entre GPU y VRAM?</w:t>
      </w:r>
    </w:p>
    <w:p>
      <w:pPr>
        <w:keepLines/>
        <w:spacing w:after="100"/>
        <w:ind w:left="113"/>
      </w:pPr>
      <w:r>
        <w:rPr>
          <w:b/>
          <w:color w:val="BF9000"/>
        </w:rPr>
        <w:t xml:space="preserve">60. </w:t>
      </w:r>
      <w:r>
        <w:rPr>
          <w:sz w:val="21"/>
        </w:rPr>
        <w:t>Si una aplicación necesita procesar muchos gráficos, ¿qué componente tendrá especial importancia?</w:t>
      </w:r>
    </w:p>
    <w:p>
      <w:pPr>
        <w:keepLines/>
        <w:spacing w:after="100"/>
        <w:ind w:left="113"/>
      </w:pPr>
      <w:r>
        <w:rPr>
          <w:b/>
          <w:color w:val="BF9000"/>
        </w:rPr>
        <w:t xml:space="preserve">61. </w:t>
      </w:r>
      <w:r>
        <w:rPr>
          <w:sz w:val="21"/>
        </w:rPr>
        <w:t>¿Qué podría ocurrir si instalamos una fuente de alimentación con una potencia insuficiente?</w:t>
      </w:r>
    </w:p>
    <w:p>
      <w:pPr>
        <w:keepLines/>
        <w:spacing w:after="100"/>
        <w:ind w:left="113"/>
      </w:pPr>
      <w:r>
        <w:rPr>
          <w:b/>
          <w:color w:val="BF9000"/>
        </w:rPr>
        <w:t xml:space="preserve">62. </w:t>
      </w:r>
      <w:r>
        <w:rPr>
          <w:sz w:val="21"/>
        </w:rPr>
        <w:t>¿Por qué una fuente de alimentación no debe elegirse únicamente por tener el mayor número de vatios posible?</w:t>
      </w:r>
    </w:p>
    <w:p>
      <w:pPr>
        <w:keepLines/>
        <w:spacing w:after="100"/>
        <w:ind w:left="113"/>
      </w:pPr>
      <w:r>
        <w:rPr>
          <w:b/>
          <w:color w:val="BF9000"/>
        </w:rPr>
        <w:t xml:space="preserve">63. </w:t>
      </w:r>
      <w:r>
        <w:rPr>
          <w:sz w:val="21"/>
        </w:rPr>
        <w:t>¿Qué relación existe entre la CPU, el disipador y la pasta térmica?</w:t>
      </w:r>
    </w:p>
    <w:p>
      <w:pPr>
        <w:keepLines/>
        <w:spacing w:after="100"/>
        <w:ind w:left="113"/>
      </w:pPr>
      <w:r>
        <w:rPr>
          <w:b/>
          <w:color w:val="BF9000"/>
        </w:rPr>
        <w:t xml:space="preserve">64. </w:t>
      </w:r>
      <w:r>
        <w:rPr>
          <w:sz w:val="21"/>
        </w:rPr>
        <w:t>¿Por qué colocar muchos ventiladores sin pensar en la dirección del aire puede no mejorar correctamente la refrigeración?</w:t>
      </w:r>
    </w:p>
    <w:p>
      <w:pPr>
        <w:keepLines/>
        <w:spacing w:after="100"/>
        <w:ind w:left="113"/>
      </w:pPr>
      <w:r>
        <w:rPr>
          <w:b/>
          <w:color w:val="BF9000"/>
        </w:rPr>
        <w:t xml:space="preserve">65. </w:t>
      </w:r>
      <w:r>
        <w:rPr>
          <w:sz w:val="21"/>
        </w:rPr>
        <w:t>Explica qué significa que debe existir un buen “flujo de aire” dentro de la caja.</w:t>
      </w:r>
    </w:p>
    <w:p>
      <w:pPr>
        <w:keepLines/>
        <w:spacing w:after="100"/>
        <w:ind w:left="113"/>
      </w:pPr>
      <w:r>
        <w:rPr>
          <w:b/>
          <w:color w:val="BF9000"/>
        </w:rPr>
        <w:t xml:space="preserve">66. </w:t>
      </w:r>
      <w:r>
        <w:rPr>
          <w:sz w:val="21"/>
        </w:rPr>
        <w:t>¿Por qué una tarjeta gráfica muy grande puede no caber en cualquier caja?</w:t>
      </w:r>
    </w:p>
    <w:p>
      <w:pPr>
        <w:keepLines/>
        <w:spacing w:after="100"/>
        <w:ind w:left="113"/>
      </w:pPr>
      <w:r>
        <w:rPr>
          <w:b/>
          <w:color w:val="BF9000"/>
        </w:rPr>
        <w:t xml:space="preserve">67. </w:t>
      </w:r>
      <w:r>
        <w:rPr>
          <w:sz w:val="21"/>
        </w:rPr>
        <w:t>¿Por qué el tamaño de la placa base debe tenerse en cuenta al elegir una caja?</w:t>
      </w:r>
    </w:p>
    <w:p>
      <w:pPr>
        <w:keepLines/>
        <w:spacing w:after="100"/>
        <w:ind w:left="113"/>
      </w:pPr>
      <w:r>
        <w:rPr>
          <w:b/>
          <w:color w:val="BF9000"/>
        </w:rPr>
        <w:t xml:space="preserve">68. </w:t>
      </w:r>
      <w:r>
        <w:rPr>
          <w:sz w:val="21"/>
        </w:rPr>
        <w:t>¿Qué diferencia existe entre un puerto y un periférico?</w:t>
      </w:r>
    </w:p>
    <w:p>
      <w:pPr>
        <w:keepLines/>
        <w:spacing w:after="100"/>
        <w:ind w:left="113"/>
      </w:pPr>
      <w:r>
        <w:rPr>
          <w:b/>
          <w:color w:val="BF9000"/>
        </w:rPr>
        <w:t xml:space="preserve">69. </w:t>
      </w:r>
      <w:r>
        <w:rPr>
          <w:sz w:val="21"/>
        </w:rPr>
        <w:t>¿Qué diferencia existe entre HDMI y Ethernet respecto a la función que realizan?</w:t>
      </w:r>
    </w:p>
    <w:p>
      <w:pPr>
        <w:keepLines/>
        <w:spacing w:after="100"/>
        <w:ind w:left="113"/>
      </w:pPr>
      <w:r>
        <w:rPr>
          <w:b/>
          <w:color w:val="BF9000"/>
        </w:rPr>
        <w:t xml:space="preserve">70. </w:t>
      </w:r>
      <w:r>
        <w:rPr>
          <w:sz w:val="21"/>
        </w:rPr>
        <w:t>Clasifica estos dispositivos como entrada, salida o entrada/salida: teclado, monitor, impresora, micrófono y pantalla táctil.</w:t>
      </w:r>
    </w:p>
    <w:p>
      <w:pPr>
        <w:keepLines/>
        <w:spacing w:after="100"/>
        <w:ind w:left="113"/>
      </w:pPr>
      <w:r>
        <w:rPr>
          <w:b/>
          <w:color w:val="BF9000"/>
        </w:rPr>
        <w:t xml:space="preserve">71. </w:t>
      </w:r>
      <w:r>
        <w:rPr>
          <w:sz w:val="21"/>
        </w:rPr>
        <w:t>Explica qué función realiza la placa base cuando utilizamos varios componentes al mismo tiempo.</w:t>
      </w:r>
    </w:p>
    <w:p>
      <w:pPr>
        <w:keepLines/>
        <w:spacing w:after="100"/>
        <w:ind w:left="113"/>
      </w:pPr>
      <w:r>
        <w:rPr>
          <w:b/>
          <w:color w:val="BF9000"/>
        </w:rPr>
        <w:t xml:space="preserve">72. </w:t>
      </w:r>
      <w:r>
        <w:rPr>
          <w:sz w:val="21"/>
        </w:rPr>
        <w:t>¿Por qué podemos decir que la placa base actúa como un punto de conexión entre los componentes?</w:t>
      </w:r>
    </w:p>
    <w:p>
      <w:pPr>
        <w:keepLines/>
        <w:spacing w:after="100"/>
        <w:ind w:left="113"/>
      </w:pPr>
      <w:r>
        <w:rPr>
          <w:b/>
          <w:color w:val="BF9000"/>
        </w:rPr>
        <w:t xml:space="preserve">73. </w:t>
      </w:r>
      <w:r>
        <w:rPr>
          <w:sz w:val="21"/>
        </w:rPr>
        <w:t>Cuando abres un programa, ¿por qué intervienen tanto el almacenamiento como la memoria RAM?</w:t>
      </w:r>
    </w:p>
    <w:p>
      <w:pPr>
        <w:keepLines/>
        <w:spacing w:after="100"/>
        <w:ind w:left="113"/>
      </w:pPr>
      <w:r>
        <w:rPr>
          <w:b/>
          <w:color w:val="BF9000"/>
        </w:rPr>
        <w:t xml:space="preserve">74. </w:t>
      </w:r>
      <w:r>
        <w:rPr>
          <w:sz w:val="21"/>
        </w:rPr>
        <w:t>Explica de forma sencilla qué papel realiza la CPU cuando ejecutamos un programa.</w:t>
      </w:r>
    </w:p>
    <w:p>
      <w:pPr>
        <w:keepLines/>
        <w:spacing w:after="100"/>
        <w:ind w:left="113"/>
      </w:pPr>
      <w:r>
        <w:rPr>
          <w:b/>
          <w:color w:val="BF9000"/>
        </w:rPr>
        <w:t xml:space="preserve">75. </w:t>
      </w:r>
      <w:r>
        <w:rPr>
          <w:sz w:val="21"/>
        </w:rPr>
        <w:t>Sigue el recorrido general propuesto en SAMware y ordena estos elementos: RAM, usuario, GPU, teclado/ratón, CPU, monitor y placa base.</w:t>
      </w:r>
    </w:p>
    <w:p>
      <w:pPr>
        <w:keepLines/>
        <w:spacing w:after="100"/>
        <w:ind w:left="113"/>
      </w:pPr>
      <w:r>
        <w:rPr>
          <w:b/>
          <w:color w:val="BF9000"/>
        </w:rPr>
        <w:t xml:space="preserve">76. </w:t>
      </w:r>
      <w:r>
        <w:rPr>
          <w:sz w:val="21"/>
        </w:rPr>
        <w:t>¿Por qué el monitor no puede mostrar una imagen si el ordenador no ha procesado antes la información gráfica?</w:t>
      </w:r>
    </w:p>
    <w:p>
      <w:pPr>
        <w:keepLines/>
        <w:spacing w:after="100"/>
        <w:ind w:left="113"/>
      </w:pPr>
      <w:r>
        <w:rPr>
          <w:b/>
          <w:color w:val="BF9000"/>
        </w:rPr>
        <w:t xml:space="preserve">77. </w:t>
      </w:r>
      <w:r>
        <w:rPr>
          <w:sz w:val="21"/>
        </w:rPr>
        <w:t>¿Por qué es necesario conectar la fuente tanto a la placa base como a otros componentes?</w:t>
      </w:r>
    </w:p>
    <w:p>
      <w:pPr>
        <w:keepLines/>
        <w:spacing w:after="100"/>
        <w:ind w:left="113"/>
      </w:pPr>
      <w:r>
        <w:rPr>
          <w:b/>
          <w:color w:val="BF9000"/>
        </w:rPr>
        <w:t xml:space="preserve">78. </w:t>
      </w:r>
      <w:r>
        <w:rPr>
          <w:sz w:val="21"/>
        </w:rPr>
        <w:t>Durante el montaje de un ordenador, ¿por qué es conveniente revisar las conexiones antes de encenderlo?</w:t>
      </w:r>
    </w:p>
    <w:p>
      <w:pPr>
        <w:keepLines/>
        <w:spacing w:after="100"/>
        <w:ind w:left="113"/>
      </w:pPr>
      <w:r>
        <w:rPr>
          <w:b/>
          <w:color w:val="BF9000"/>
        </w:rPr>
        <w:t xml:space="preserve">79. </w:t>
      </w:r>
      <w:r>
        <w:rPr>
          <w:sz w:val="21"/>
        </w:rPr>
        <w:t>¿Por qué puede ser más sencillo colocar algunos componentes, como CPU y RAM, antes de introducir la placa base en la caja?</w:t>
      </w:r>
    </w:p>
    <w:p>
      <w:pPr>
        <w:keepLines/>
        <w:spacing w:after="100"/>
        <w:ind w:left="113"/>
      </w:pPr>
      <w:r>
        <w:rPr>
          <w:b/>
          <w:color w:val="BF9000"/>
        </w:rPr>
        <w:t xml:space="preserve">80. </w:t>
      </w:r>
      <w:r>
        <w:rPr>
          <w:sz w:val="21"/>
        </w:rPr>
        <w:t>Explica qué diferencia existe entre el socket de la CPU, una ranura de RAM y una ranura PCIe.</w:t>
      </w:r>
    </w:p>
    <w:p>
      <w:r>
        <w:br w:type="page"/>
      </w:r>
    </w:p>
    <w:tbl>
      <w:tblPr>
        <w:tblW w:type="auto" w:w="0"/>
        <w:tblLayout w:type="fixed"/>
        <w:tblLook w:firstColumn="1" w:firstRow="1" w:lastColumn="0" w:lastRow="0" w:noHBand="0" w:noVBand="1" w:val="04A0"/>
      </w:tblPr>
      <w:tblGrid>
        <w:gridCol w:w="9638"/>
      </w:tblGrid>
      <w:tr>
        <w:tc>
          <w:tcPr>
            <w:tcW w:type="dxa" w:w="10312"/>
            <w:shd w:fill="F4CCCC"/>
            <w:tcMar>
              <w:top w:w="160" w:type="dxa"/>
              <w:start w:w="180" w:type="dxa"/>
              <w:bottom w:w="160" w:type="dxa"/>
              <w:end w:w="180" w:type="dxa"/>
            </w:tcMar>
          </w:tcPr>
          <w:p>
            <w:pPr>
              <w:jc w:val="left"/>
            </w:pPr>
            <w:r>
              <w:rPr>
                <w:b/>
                <w:color w:val="990000"/>
                <w:sz w:val="32"/>
              </w:rPr>
              <w:t>MUY DIFÍCILES · 20 preguntas</w:t>
            </w:r>
          </w:p>
        </w:tc>
      </w:tr>
    </w:tbl>
    <w:p/>
    <w:p>
      <w:pPr>
        <w:keepLines/>
        <w:spacing w:after="100"/>
        <w:ind w:left="113"/>
      </w:pPr>
      <w:r>
        <w:rPr>
          <w:b/>
          <w:color w:val="990000"/>
        </w:rPr>
        <w:t xml:space="preserve">81. </w:t>
      </w:r>
      <w:r>
        <w:rPr>
          <w:sz w:val="21"/>
        </w:rPr>
        <w:t>Un ordenador tiene 32 GB de RAM, un procesador potente y un HDD muy antiguo. Los programas tardan mucho en abrirse. ¿Cuál podría ser el principal cuello de botella y por qué?</w:t>
      </w:r>
    </w:p>
    <w:p>
      <w:pPr>
        <w:keepLines/>
        <w:spacing w:after="100"/>
        <w:ind w:left="113"/>
      </w:pPr>
      <w:r>
        <w:rPr>
          <w:b/>
          <w:color w:val="990000"/>
        </w:rPr>
        <w:t xml:space="preserve">82. </w:t>
      </w:r>
      <w:r>
        <w:rPr>
          <w:sz w:val="21"/>
        </w:rPr>
        <w:t>Un ordenador tiene una GPU muy potente, pero una fuente de alimentación de poca potencia. Explica qué problema existe en esta configuración.</w:t>
      </w:r>
    </w:p>
    <w:p>
      <w:pPr>
        <w:keepLines/>
        <w:spacing w:after="100"/>
        <w:ind w:left="113"/>
      </w:pPr>
      <w:r>
        <w:rPr>
          <w:b/>
          <w:color w:val="990000"/>
        </w:rPr>
        <w:t xml:space="preserve">83. </w:t>
      </w:r>
      <w:r>
        <w:rPr>
          <w:sz w:val="21"/>
        </w:rPr>
        <w:t>Un usuario quiere mejorar un ordenador que funciona bien con tareas sencillas, pero se ralentiza mucho cuando tiene muchas aplicaciones abiertas. ¿Qué componente investigarías primero para decidir una ampliación? Justifica tu respuesta.</w:t>
      </w:r>
    </w:p>
    <w:p>
      <w:pPr>
        <w:keepLines/>
        <w:spacing w:after="100"/>
        <w:ind w:left="113"/>
      </w:pPr>
      <w:r>
        <w:rPr>
          <w:b/>
          <w:color w:val="990000"/>
        </w:rPr>
        <w:t xml:space="preserve">84. </w:t>
      </w:r>
      <w:r>
        <w:rPr>
          <w:sz w:val="21"/>
        </w:rPr>
        <w:t>Un ordenador se apaga después de estar jugando durante un tiempo. Propón dos posibles causas relacionadas con los componentes estudiados en SAMware.</w:t>
      </w:r>
    </w:p>
    <w:p>
      <w:pPr>
        <w:keepLines/>
        <w:spacing w:after="100"/>
        <w:ind w:left="113"/>
      </w:pPr>
      <w:r>
        <w:rPr>
          <w:b/>
          <w:color w:val="990000"/>
        </w:rPr>
        <w:t xml:space="preserve">85. </w:t>
      </w:r>
      <w:r>
        <w:rPr>
          <w:sz w:val="21"/>
        </w:rPr>
        <w:t>Un ordenador tiene muchos ventiladores, pero todos introducen aire y ninguno lo expulsa. ¿Qué problema puede producirse?</w:t>
      </w:r>
    </w:p>
    <w:p>
      <w:pPr>
        <w:keepLines/>
        <w:spacing w:after="100"/>
        <w:ind w:left="113"/>
      </w:pPr>
      <w:r>
        <w:rPr>
          <w:b/>
          <w:color w:val="990000"/>
        </w:rPr>
        <w:t xml:space="preserve">86. </w:t>
      </w:r>
      <w:r>
        <w:rPr>
          <w:sz w:val="21"/>
        </w:rPr>
        <w:t>Explica por qué CPU, RAM y almacenamiento realizan funciones diferentes aunque los tres intervengan cuando abrimos un programa.</w:t>
      </w:r>
    </w:p>
    <w:p>
      <w:pPr>
        <w:keepLines/>
        <w:spacing w:after="100"/>
        <w:ind w:left="113"/>
      </w:pPr>
      <w:r>
        <w:rPr>
          <w:b/>
          <w:color w:val="990000"/>
        </w:rPr>
        <w:t xml:space="preserve">87. </w:t>
      </w:r>
      <w:r>
        <w:rPr>
          <w:sz w:val="21"/>
        </w:rPr>
        <w:t>Describe de forma razonada qué ocurre desde que un usuario hace doble clic sobre un programa almacenado en un SSD hasta que aparece en la pantalla.</w:t>
      </w:r>
    </w:p>
    <w:p>
      <w:pPr>
        <w:keepLines/>
        <w:spacing w:after="100"/>
        <w:ind w:left="113"/>
      </w:pPr>
      <w:r>
        <w:rPr>
          <w:b/>
          <w:color w:val="990000"/>
        </w:rPr>
        <w:t xml:space="preserve">88. </w:t>
      </w:r>
      <w:r>
        <w:rPr>
          <w:sz w:val="21"/>
        </w:rPr>
        <w:t>Imagina que la memoria RAM pudiera almacenar datos permanentemente. ¿Qué diferencia importante con el almacenamiento desaparecería?</w:t>
      </w:r>
    </w:p>
    <w:p>
      <w:pPr>
        <w:keepLines/>
        <w:spacing w:after="100"/>
        <w:ind w:left="113"/>
      </w:pPr>
      <w:r>
        <w:rPr>
          <w:b/>
          <w:color w:val="990000"/>
        </w:rPr>
        <w:t xml:space="preserve">89. </w:t>
      </w:r>
      <w:r>
        <w:rPr>
          <w:sz w:val="21"/>
        </w:rPr>
        <w:t>Un alumno afirma: “Mi ordenador tiene 1 TB, por lo tanto tiene mucha RAM”. Explica qué error está cometiendo.</w:t>
      </w:r>
    </w:p>
    <w:p>
      <w:pPr>
        <w:keepLines/>
        <w:spacing w:after="100"/>
        <w:ind w:left="113"/>
      </w:pPr>
      <w:r>
        <w:rPr>
          <w:b/>
          <w:color w:val="990000"/>
        </w:rPr>
        <w:t xml:space="preserve">90. </w:t>
      </w:r>
      <w:r>
        <w:rPr>
          <w:sz w:val="21"/>
        </w:rPr>
        <w:t>Otro alumno afirma: “Si cambio mi monitor por uno mejor, el ordenador procesará los programas más rápidamente”. ¿Es correcto? Razona tu respuesta.</w:t>
      </w:r>
    </w:p>
    <w:p>
      <w:pPr>
        <w:keepLines/>
        <w:spacing w:after="100"/>
        <w:ind w:left="113"/>
      </w:pPr>
      <w:r>
        <w:rPr>
          <w:b/>
          <w:color w:val="990000"/>
        </w:rPr>
        <w:t xml:space="preserve">91. </w:t>
      </w:r>
      <w:r>
        <w:rPr>
          <w:sz w:val="21"/>
        </w:rPr>
        <w:t>Un ordenador para edición de vídeo tiene que elegir entre aumentar la capacidad del almacenamiento o mejorar la GPU. ¿Qué información necesitarías conocer antes de decidir qué mejora es más importante?</w:t>
      </w:r>
    </w:p>
    <w:p>
      <w:pPr>
        <w:keepLines/>
        <w:spacing w:after="100"/>
        <w:ind w:left="113"/>
      </w:pPr>
      <w:r>
        <w:rPr>
          <w:b/>
          <w:color w:val="990000"/>
        </w:rPr>
        <w:t xml:space="preserve">92. </w:t>
      </w:r>
      <w:r>
        <w:rPr>
          <w:sz w:val="21"/>
        </w:rPr>
        <w:t>Diseña una configuración básica para un ordenador destinado únicamente a navegar por Internet, escribir documentos y realizar trabajos escolares. Explica qué componentes considerarías prioritarios y cuáles no necesitarían ser especialmente potentes.</w:t>
      </w:r>
    </w:p>
    <w:p>
      <w:pPr>
        <w:keepLines/>
        <w:spacing w:after="100"/>
        <w:ind w:left="113"/>
      </w:pPr>
      <w:r>
        <w:rPr>
          <w:b/>
          <w:color w:val="990000"/>
        </w:rPr>
        <w:t xml:space="preserve">93. </w:t>
      </w:r>
      <w:r>
        <w:rPr>
          <w:sz w:val="21"/>
        </w:rPr>
        <w:t>Diseña una configuración diferente para un ordenador destinado a videojuegos y explica qué componentes pasarían a tener mayor importancia.</w:t>
      </w:r>
    </w:p>
    <w:p>
      <w:pPr>
        <w:keepLines/>
        <w:spacing w:after="100"/>
        <w:ind w:left="113"/>
      </w:pPr>
      <w:r>
        <w:rPr>
          <w:b/>
          <w:color w:val="990000"/>
        </w:rPr>
        <w:t xml:space="preserve">94. </w:t>
      </w:r>
      <w:r>
        <w:rPr>
          <w:sz w:val="21"/>
        </w:rPr>
        <w:t>¿Por qué no se puede elegir una CPU, una placa base y una memoria RAM de forma totalmente independiente unas de otras?</w:t>
      </w:r>
    </w:p>
    <w:p>
      <w:pPr>
        <w:keepLines/>
        <w:spacing w:after="100"/>
        <w:ind w:left="113"/>
      </w:pPr>
      <w:r>
        <w:rPr>
          <w:b/>
          <w:color w:val="990000"/>
        </w:rPr>
        <w:t xml:space="preserve">95. </w:t>
      </w:r>
      <w:r>
        <w:rPr>
          <w:sz w:val="21"/>
        </w:rPr>
        <w:t>Explica qué significa que dos componentes de un ordenador sean “compatibles”.</w:t>
      </w:r>
    </w:p>
    <w:p>
      <w:pPr>
        <w:keepLines/>
        <w:spacing w:after="100"/>
        <w:ind w:left="113"/>
      </w:pPr>
      <w:r>
        <w:rPr>
          <w:b/>
          <w:color w:val="990000"/>
        </w:rPr>
        <w:t xml:space="preserve">96. </w:t>
      </w:r>
      <w:r>
        <w:rPr>
          <w:sz w:val="21"/>
        </w:rPr>
        <w:t>Si una placa base dispone de determinadas ranuras y conectores, ¿por qué condiciona qué componentes pueden instalarse en el ordenador?</w:t>
      </w:r>
    </w:p>
    <w:p>
      <w:pPr>
        <w:keepLines/>
        <w:spacing w:after="100"/>
        <w:ind w:left="113"/>
      </w:pPr>
      <w:r>
        <w:rPr>
          <w:b/>
          <w:color w:val="990000"/>
        </w:rPr>
        <w:t xml:space="preserve">97. </w:t>
      </w:r>
      <w:r>
        <w:rPr>
          <w:sz w:val="21"/>
        </w:rPr>
        <w:t>Un ordenador no muestra imagen en pantalla. Propón al menos cuatro elementos o conexiones estudiados en SAMware que comprobarías antes de decidir qué componente está averiado.</w:t>
      </w:r>
    </w:p>
    <w:p>
      <w:pPr>
        <w:keepLines/>
        <w:spacing w:after="100"/>
        <w:ind w:left="113"/>
      </w:pPr>
      <w:r>
        <w:rPr>
          <w:b/>
          <w:color w:val="990000"/>
        </w:rPr>
        <w:t xml:space="preserve">98. </w:t>
      </w:r>
      <w:r>
        <w:rPr>
          <w:sz w:val="21"/>
        </w:rPr>
        <w:t>Un ordenador enciende correctamente pero funciona muy lentamente. Propón tres componentes que podrían estar relacionados con el problema y explica qué comprobarías en cada uno.</w:t>
      </w:r>
    </w:p>
    <w:p>
      <w:pPr>
        <w:keepLines/>
        <w:spacing w:after="100"/>
        <w:ind w:left="113"/>
      </w:pPr>
      <w:r>
        <w:rPr>
          <w:b/>
          <w:color w:val="990000"/>
        </w:rPr>
        <w:t xml:space="preserve">99. </w:t>
      </w:r>
      <w:r>
        <w:rPr>
          <w:sz w:val="21"/>
        </w:rPr>
        <w:t>Explica cómo se relacionan fuente de alimentación, placa base, CPU, RAM, almacenamiento y GPU para conseguir que un ordenador pueda ejecutar un videojuego.</w:t>
      </w:r>
    </w:p>
    <w:p>
      <w:pPr>
        <w:keepLines/>
        <w:spacing w:after="100"/>
        <w:ind w:left="113"/>
      </w:pPr>
      <w:r>
        <w:rPr>
          <w:b/>
          <w:color w:val="990000"/>
        </w:rPr>
        <w:t xml:space="preserve">100. </w:t>
      </w:r>
      <w:r>
        <w:rPr>
          <w:sz w:val="21"/>
        </w:rPr>
        <w:t>Si tuvieras que explicar el funcionamiento completo de un ordenador utilizando únicamente seis componentes, ¿cuáles elegirías y qué función asignarías a cada uno?</w:t>
      </w:r>
    </w:p>
    <w:sectPr w:rsidR="00FC693F" w:rsidRPr="0006063C" w:rsidSect="00034616">
      <w:footerReference w:type="default" r:id="rId9"/>
      <w:pgSz w:w="12240" w:h="15840"/>
      <w:pgMar w:top="907"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87878"/>
        <w:sz w:val="16"/>
      </w:rPr>
      <w:t xml:space="preserve">SAMware · Componentes de un ordenador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