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sobre el smartphone y el ordenador</w:t>
      </w:r>
    </w:p>
    <w:p>
      <w:pPr>
        <w:spacing w:after="160"/>
      </w:pPr>
      <w:r>
        <w:rPr>
          <w:b/>
        </w:rPr>
        <w:t>Digitalización 4.º ESO</w:t>
      </w:r>
    </w:p>
    <w:p>
      <w:pPr>
        <w:spacing w:after="60"/>
      </w:pPr>
      <w:r>
        <w:rPr>
          <w:b w:val="0"/>
        </w:rPr>
        <w:t>Nombre y apellidos __________________________________________________</w:t>
      </w:r>
    </w:p>
    <w:p>
      <w:pPr>
        <w:spacing w:after="180"/>
      </w:pPr>
      <w:r>
        <w:rPr>
          <w:b w:val="0"/>
        </w:rPr>
        <w:t>Curso y grupo __________________    Fecha __________________</w:t>
      </w:r>
    </w:p>
    <w:p>
      <w:pPr>
        <w:pStyle w:val="Heading1"/>
      </w:pPr>
      <w:r>
        <w:t>Instrucciones</w:t>
      </w:r>
    </w:p>
    <w:p>
      <w:pPr>
        <w:spacing w:after="60"/>
      </w:pPr>
      <w:r>
        <w:rPr>
          <w:b w:val="0"/>
        </w:rPr>
        <w:t>El examen contiene 100 preguntas con cuatro opciones y una sola respuesta correcta. Marca una letra por pregunta en la hoja de respuestas. Si cambias una respuesta, deja claramente indicada tu elección final.</w:t>
      </w:r>
    </w:p>
    <w:p>
      <w:pPr>
        <w:spacing w:after="60"/>
      </w:pPr>
      <w:r>
        <w:rPr>
          <w:b w:val="0"/>
        </w:rPr>
        <w:t>Cada acierto vale 0,1 puntos. Los errores y las preguntas en blanco no restan. Una pregunta con más de una opción marcada se considera incorrecta. La nota se calcula dividiendo el número de aciertos entre 10.</w:t>
      </w:r>
    </w:p>
    <w:p>
      <w:pPr>
        <w:spacing w:after="60"/>
      </w:pPr>
      <w:r>
        <w:rPr>
          <w:b w:val="0"/>
        </w:rPr>
        <w:t>La prueba evalúa los componentes del smartphone, su funcionamiento y su relación con el ordenador. Lee las condiciones de cada situación antes de responder.</w:t>
      </w:r>
    </w:p>
    <w:p>
      <w:pPr>
        <w:spacing w:after="160"/>
      </w:pPr>
      <w:r>
        <w:rPr>
          <w:b w:val="0"/>
        </w:rPr>
        <w:t>No se permite consultar apuntes ni dispositivos electrónicos. El profesorado indicará el tiempo disponible.</w:t>
      </w:r>
    </w:p>
    <w:p>
      <w:pPr>
        <w:spacing w:after="60"/>
      </w:pPr>
      <w:r>
        <w:rPr>
          <w:b/>
        </w:rPr>
        <w:t>Puntuación máxima 10 puntos  |  Aprobado a partir de 50 aciertos</w:t>
      </w:r>
    </w:p>
    <w:p>
      <w:pPr>
        <w:spacing w:after="60"/>
      </w:pPr>
      <w:r>
        <w:rPr>
          <w:b w:val="0"/>
        </w:rPr>
        <w:t>Registra tus respuestas en la hoja final del examen. El anexo de corrección está reservado al profesorado.</w:t>
      </w:r>
    </w:p>
    <w:p>
      <w:r>
        <w:br w:type="page"/>
      </w:r>
    </w:p>
    <w:p>
      <w:pPr>
        <w:pStyle w:val="Heading1"/>
      </w:pPr>
      <w:r>
        <w:t>Bloque 1 Preguntas muy sencillas</w:t>
      </w:r>
    </w:p>
    <w:p>
      <w:pPr>
        <w:spacing w:after="140"/>
      </w:pPr>
      <w:r>
        <w:rPr>
          <w:b w:val="0"/>
        </w:rPr>
        <w:t>Preguntas 1 a 6   |   10 preguntas en este bloque</w:t>
      </w:r>
    </w:p>
    <w:p>
      <w:pPr>
        <w:keepNext/>
        <w:spacing w:after="60"/>
      </w:pPr>
      <w:r>
        <w:rPr>
          <w:b/>
        </w:rPr>
        <w:t>1. ¿Qué es un smartphone?</w:t>
      </w:r>
    </w:p>
    <w:p>
      <w:pPr>
        <w:keepNext/>
        <w:keepLines/>
        <w:spacing w:after="20"/>
        <w:ind w:left="230"/>
      </w:pPr>
      <w:r>
        <w:rPr>
          <w:b w:val="0"/>
        </w:rPr>
        <w:t>A) Un teléfono que solo realiza llamadas</w:t>
      </w:r>
    </w:p>
    <w:p>
      <w:pPr>
        <w:keepNext/>
        <w:keepLines/>
        <w:spacing w:after="20"/>
        <w:ind w:left="230"/>
      </w:pPr>
      <w:r>
        <w:rPr>
          <w:b w:val="0"/>
        </w:rPr>
        <w:t>B) Un teléfono con funciones de ordenador</w:t>
      </w:r>
    </w:p>
    <w:p>
      <w:pPr>
        <w:keepNext/>
        <w:keepLines/>
        <w:spacing w:after="20"/>
        <w:ind w:left="230"/>
      </w:pPr>
      <w:r>
        <w:rPr>
          <w:b w:val="0"/>
        </w:rPr>
        <w:t>C) Una pantalla sin capacidad de procesamiento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 dispositivo que solo almacena fotos</w:t>
      </w:r>
    </w:p>
    <w:p>
      <w:pPr>
        <w:keepNext/>
        <w:spacing w:after="60"/>
      </w:pPr>
      <w:r>
        <w:rPr>
          <w:b/>
        </w:rPr>
        <w:t>2. ¿Cuál es la función principal de la CPU?</w:t>
      </w:r>
    </w:p>
    <w:p>
      <w:pPr>
        <w:keepNext/>
        <w:keepLines/>
        <w:spacing w:after="20"/>
        <w:ind w:left="230"/>
      </w:pPr>
      <w:r>
        <w:rPr>
          <w:b w:val="0"/>
        </w:rPr>
        <w:t>A) Proporcionar energía al teléfono</w:t>
      </w:r>
    </w:p>
    <w:p>
      <w:pPr>
        <w:keepNext/>
        <w:keepLines/>
        <w:spacing w:after="20"/>
        <w:ind w:left="230"/>
      </w:pPr>
      <w:r>
        <w:rPr>
          <w:b w:val="0"/>
        </w:rPr>
        <w:t>B) Ejecutar instrucciones y procesar datos</w:t>
      </w:r>
    </w:p>
    <w:p>
      <w:pPr>
        <w:keepNext/>
        <w:keepLines/>
        <w:spacing w:after="20"/>
        <w:ind w:left="230"/>
      </w:pPr>
      <w:r>
        <w:rPr>
          <w:b w:val="0"/>
        </w:rPr>
        <w:t>C) Guardar archivos de forma permanente</w:t>
      </w:r>
    </w:p>
    <w:p>
      <w:pPr>
        <w:keepNext w:val="0"/>
        <w:keepLines/>
        <w:spacing w:after="180"/>
        <w:ind w:left="230"/>
      </w:pPr>
      <w:r>
        <w:rPr>
          <w:b w:val="0"/>
        </w:rPr>
        <w:t>D) Captar la luz de una fotografía</w:t>
      </w:r>
    </w:p>
    <w:p>
      <w:pPr>
        <w:keepNext/>
        <w:spacing w:after="60"/>
      </w:pPr>
      <w:r>
        <w:rPr>
          <w:b/>
        </w:rPr>
        <w:t>3. ¿Qué componente se encarga principalmente de los gráficos?</w:t>
      </w:r>
    </w:p>
    <w:p>
      <w:pPr>
        <w:keepNext/>
        <w:keepLines/>
        <w:spacing w:after="20"/>
        <w:ind w:left="230"/>
      </w:pPr>
      <w:r>
        <w:rPr>
          <w:b w:val="0"/>
        </w:rPr>
        <w:t>A) La GPU</w:t>
      </w:r>
    </w:p>
    <w:p>
      <w:pPr>
        <w:keepNext/>
        <w:keepLines/>
        <w:spacing w:after="20"/>
        <w:ind w:left="230"/>
      </w:pPr>
      <w:r>
        <w:rPr>
          <w:b w:val="0"/>
        </w:rPr>
        <w:t>B) El micrófono</w:t>
      </w:r>
    </w:p>
    <w:p>
      <w:pPr>
        <w:keepNext/>
        <w:keepLines/>
        <w:spacing w:after="20"/>
        <w:ind w:left="230"/>
      </w:pPr>
      <w:r>
        <w:rPr>
          <w:b w:val="0"/>
        </w:rPr>
        <w:t>C) El sensor de proximidad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batería</w:t>
      </w:r>
    </w:p>
    <w:p>
      <w:pPr>
        <w:keepNext/>
        <w:spacing w:after="60"/>
      </w:pPr>
      <w:r>
        <w:rPr>
          <w:b/>
        </w:rPr>
        <w:t>4. ¿Qué ocurre normalmente con los datos de la RAM al apagar el móvil?</w:t>
      </w:r>
    </w:p>
    <w:p>
      <w:pPr>
        <w:keepNext/>
        <w:keepLines/>
        <w:spacing w:after="20"/>
        <w:ind w:left="230"/>
      </w:pPr>
      <w:r>
        <w:rPr>
          <w:b w:val="0"/>
        </w:rPr>
        <w:t>A) Se guardan todos en la cámara</w:t>
      </w:r>
    </w:p>
    <w:p>
      <w:pPr>
        <w:keepNext/>
        <w:keepLines/>
        <w:spacing w:after="20"/>
        <w:ind w:left="230"/>
      </w:pPr>
      <w:r>
        <w:rPr>
          <w:b w:val="0"/>
        </w:rPr>
        <w:t>B) Se convierten en archivos permanentes</w:t>
      </w:r>
    </w:p>
    <w:p>
      <w:pPr>
        <w:keepNext/>
        <w:keepLines/>
        <w:spacing w:after="20"/>
        <w:ind w:left="230"/>
      </w:pPr>
      <w:r>
        <w:rPr>
          <w:b w:val="0"/>
        </w:rPr>
        <w:t>C) Se pierden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Pasan todos a la tarjeta SIM</w:t>
      </w:r>
    </w:p>
    <w:p>
      <w:pPr>
        <w:keepNext/>
        <w:spacing w:after="60"/>
      </w:pPr>
      <w:r>
        <w:rPr>
          <w:b/>
        </w:rPr>
        <w:t>5. ¿Dónde se guardan de forma persistente las fotos y aplicaciones instaladas?</w:t>
      </w:r>
    </w:p>
    <w:p>
      <w:pPr>
        <w:keepNext/>
        <w:keepLines/>
        <w:spacing w:after="20"/>
        <w:ind w:left="230"/>
      </w:pPr>
      <w:r>
        <w:rPr>
          <w:b w:val="0"/>
        </w:rPr>
        <w:t>A) En la memoria RAM</w:t>
      </w:r>
    </w:p>
    <w:p>
      <w:pPr>
        <w:keepNext/>
        <w:keepLines/>
        <w:spacing w:after="20"/>
        <w:ind w:left="230"/>
      </w:pPr>
      <w:r>
        <w:rPr>
          <w:b w:val="0"/>
        </w:rPr>
        <w:t>B) En el sensor de luz</w:t>
      </w:r>
    </w:p>
    <w:p>
      <w:pPr>
        <w:keepNext/>
        <w:keepLines/>
        <w:spacing w:after="20"/>
        <w:ind w:left="230"/>
      </w:pPr>
      <w:r>
        <w:rPr>
          <w:b w:val="0"/>
        </w:rPr>
        <w:t>C) En el almacenamiento interno</w:t>
      </w:r>
    </w:p>
    <w:p>
      <w:pPr>
        <w:keepNext w:val="0"/>
        <w:keepLines/>
        <w:spacing w:after="180"/>
        <w:ind w:left="230"/>
      </w:pPr>
      <w:r>
        <w:rPr>
          <w:b w:val="0"/>
        </w:rPr>
        <w:t>D) En la antena del GPS</w:t>
      </w:r>
    </w:p>
    <w:p>
      <w:pPr>
        <w:keepNext/>
        <w:spacing w:after="60"/>
      </w:pPr>
      <w:r>
        <w:rPr>
          <w:b/>
        </w:rPr>
        <w:t>6. ¿Qué función tiene la batería?</w:t>
      </w:r>
    </w:p>
    <w:p>
      <w:pPr>
        <w:keepNext/>
        <w:keepLines/>
        <w:spacing w:after="20"/>
        <w:ind w:left="230"/>
      </w:pPr>
      <w:r>
        <w:rPr>
          <w:b w:val="0"/>
        </w:rPr>
        <w:t>A) Detectar la posición del teléfono</w:t>
      </w:r>
    </w:p>
    <w:p>
      <w:pPr>
        <w:keepNext/>
        <w:keepLines/>
        <w:spacing w:after="20"/>
        <w:ind w:left="230"/>
      </w:pPr>
      <w:r>
        <w:rPr>
          <w:b w:val="0"/>
        </w:rPr>
        <w:t>B) Aumentar la resolución de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Almacenar energía para alimentar el móvil</w:t>
      </w:r>
    </w:p>
    <w:p>
      <w:pPr>
        <w:keepNext w:val="0"/>
        <w:keepLines/>
        <w:spacing w:after="180"/>
        <w:ind w:left="230"/>
      </w:pPr>
      <w:r>
        <w:rPr>
          <w:b w:val="0"/>
        </w:rPr>
        <w:t>D) Ejecutar instrucciones de las aplicaciones</w:t>
      </w:r>
    </w:p>
    <w:p>
      <w:r>
        <w:br w:type="page"/>
      </w:r>
    </w:p>
    <w:p>
      <w:pPr>
        <w:pStyle w:val="Heading1"/>
      </w:pPr>
      <w:r>
        <w:t>Bloque 1 Preguntas muy sencillas</w:t>
      </w:r>
    </w:p>
    <w:p>
      <w:pPr>
        <w:spacing w:after="140"/>
      </w:pPr>
      <w:r>
        <w:rPr>
          <w:b w:val="0"/>
        </w:rPr>
        <w:t>Preguntas 7 a 10   |   10 preguntas en este bloque</w:t>
      </w:r>
    </w:p>
    <w:p>
      <w:pPr>
        <w:keepNext/>
        <w:spacing w:after="60"/>
      </w:pPr>
      <w:r>
        <w:rPr>
          <w:b/>
        </w:rPr>
        <w:t>7. ¿Qué función tiene el micrófono?</w:t>
      </w:r>
    </w:p>
    <w:p>
      <w:pPr>
        <w:keepNext/>
        <w:keepLines/>
        <w:spacing w:after="20"/>
        <w:ind w:left="230"/>
      </w:pPr>
      <w:r>
        <w:rPr>
          <w:b w:val="0"/>
        </w:rPr>
        <w:t>A) Emitir sonido</w:t>
      </w:r>
    </w:p>
    <w:p>
      <w:pPr>
        <w:keepNext/>
        <w:keepLines/>
        <w:spacing w:after="20"/>
        <w:ind w:left="230"/>
      </w:pPr>
      <w:r>
        <w:rPr>
          <w:b w:val="0"/>
        </w:rPr>
        <w:t>B) Captar sonido</w:t>
      </w:r>
    </w:p>
    <w:p>
      <w:pPr>
        <w:keepNext/>
        <w:keepLines/>
        <w:spacing w:after="20"/>
        <w:ind w:left="230"/>
      </w:pPr>
      <w:r>
        <w:rPr>
          <w:b w:val="0"/>
        </w:rPr>
        <w:t>C) Emitir imágenes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Captar luz</w:t>
      </w:r>
    </w:p>
    <w:p>
      <w:pPr>
        <w:keepNext/>
        <w:spacing w:after="60"/>
      </w:pPr>
      <w:r>
        <w:rPr>
          <w:b/>
        </w:rPr>
        <w:t>8. ¿Qué función tienen los altavoces?</w:t>
      </w:r>
    </w:p>
    <w:p>
      <w:pPr>
        <w:keepNext/>
        <w:keepLines/>
        <w:spacing w:after="20"/>
        <w:ind w:left="230"/>
      </w:pPr>
      <w:r>
        <w:rPr>
          <w:b w:val="0"/>
        </w:rPr>
        <w:t>A) Emitir sonido</w:t>
      </w:r>
    </w:p>
    <w:p>
      <w:pPr>
        <w:keepNext/>
        <w:keepLines/>
        <w:spacing w:after="20"/>
        <w:ind w:left="230"/>
      </w:pPr>
      <w:r>
        <w:rPr>
          <w:b w:val="0"/>
        </w:rPr>
        <w:t>B) Detectar movimientos</w:t>
      </w:r>
    </w:p>
    <w:p>
      <w:pPr>
        <w:keepNext/>
        <w:keepLines/>
        <w:spacing w:after="20"/>
        <w:ind w:left="230"/>
      </w:pPr>
      <w:r>
        <w:rPr>
          <w:b w:val="0"/>
        </w:rPr>
        <w:t>C) Guardar grabaciones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Captar sonido</w:t>
      </w:r>
    </w:p>
    <w:p>
      <w:pPr>
        <w:keepNext/>
        <w:spacing w:after="60"/>
      </w:pPr>
      <w:r>
        <w:rPr>
          <w:b/>
        </w:rPr>
        <w:t>9. ¿Para qué sirve principalmente el GPS?</w:t>
      </w:r>
    </w:p>
    <w:p>
      <w:pPr>
        <w:keepNext/>
        <w:keepLines/>
        <w:spacing w:after="20"/>
        <w:ind w:left="230"/>
      </w:pPr>
      <w:r>
        <w:rPr>
          <w:b w:val="0"/>
        </w:rPr>
        <w:t>A) Determinar la posición geográfica</w:t>
      </w:r>
    </w:p>
    <w:p>
      <w:pPr>
        <w:keepNext/>
        <w:keepLines/>
        <w:spacing w:after="20"/>
        <w:ind w:left="230"/>
      </w:pPr>
      <w:r>
        <w:rPr>
          <w:b w:val="0"/>
        </w:rPr>
        <w:t>B) Ampliar el almacenamiento</w:t>
      </w:r>
    </w:p>
    <w:p>
      <w:pPr>
        <w:keepNext/>
        <w:keepLines/>
        <w:spacing w:after="20"/>
        <w:ind w:left="230"/>
      </w:pPr>
      <w:r>
        <w:rPr>
          <w:b w:val="0"/>
        </w:rPr>
        <w:t>C) Medir la luz del entorno</w:t>
      </w:r>
    </w:p>
    <w:p>
      <w:pPr>
        <w:keepNext w:val="0"/>
        <w:keepLines/>
        <w:spacing w:after="180"/>
        <w:ind w:left="230"/>
      </w:pPr>
      <w:r>
        <w:rPr>
          <w:b w:val="0"/>
        </w:rPr>
        <w:t>D) Conectar unos auriculares inalámbricos</w:t>
      </w:r>
    </w:p>
    <w:p>
      <w:pPr>
        <w:keepNext/>
        <w:spacing w:after="60"/>
      </w:pPr>
      <w:r>
        <w:rPr>
          <w:b/>
        </w:rPr>
        <w:t>10. ¿Qué pareja contiene sistemas operativos habituales de móviles?</w:t>
      </w:r>
    </w:p>
    <w:p>
      <w:pPr>
        <w:keepNext/>
        <w:keepLines/>
        <w:spacing w:after="20"/>
        <w:ind w:left="230"/>
      </w:pPr>
      <w:r>
        <w:rPr>
          <w:b w:val="0"/>
        </w:rPr>
        <w:t>A) CPU y GPU</w:t>
      </w:r>
    </w:p>
    <w:p>
      <w:pPr>
        <w:keepNext/>
        <w:keepLines/>
        <w:spacing w:after="20"/>
        <w:ind w:left="230"/>
      </w:pPr>
      <w:r>
        <w:rPr>
          <w:b w:val="0"/>
        </w:rPr>
        <w:t>B) Android e iOS</w:t>
      </w:r>
    </w:p>
    <w:p>
      <w:pPr>
        <w:keepNext/>
        <w:keepLines/>
        <w:spacing w:after="20"/>
        <w:ind w:left="230"/>
      </w:pPr>
      <w:r>
        <w:rPr>
          <w:b w:val="0"/>
        </w:rPr>
        <w:t>C) Bluetooth y Wi-Fi</w:t>
      </w:r>
    </w:p>
    <w:p>
      <w:pPr>
        <w:keepNext w:val="0"/>
        <w:keepLines/>
        <w:spacing w:after="180"/>
        <w:ind w:left="230"/>
      </w:pPr>
      <w:r>
        <w:rPr>
          <w:b w:val="0"/>
        </w:rPr>
        <w:t>D) Windows y Photoshop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11 a 16   |   40 preguntas en este bloque</w:t>
      </w:r>
    </w:p>
    <w:p>
      <w:pPr>
        <w:keepNext/>
        <w:spacing w:after="60"/>
      </w:pPr>
      <w:r>
        <w:rPr>
          <w:b/>
        </w:rPr>
        <w:t>11. ¿Qué es la placa base del móvil?</w:t>
      </w:r>
    </w:p>
    <w:p>
      <w:pPr>
        <w:keepNext/>
        <w:keepLines/>
        <w:spacing w:after="20"/>
        <w:ind w:left="230"/>
      </w:pPr>
      <w:r>
        <w:rPr>
          <w:b w:val="0"/>
        </w:rPr>
        <w:t>A) La carcasa que protege únicamente la pantalla</w:t>
      </w:r>
    </w:p>
    <w:p>
      <w:pPr>
        <w:keepNext/>
        <w:keepLines/>
        <w:spacing w:after="20"/>
        <w:ind w:left="230"/>
      </w:pPr>
      <w:r>
        <w:rPr>
          <w:b w:val="0"/>
        </w:rPr>
        <w:t>B) La tarjeta que identifica al usuario ante el operador</w:t>
      </w:r>
    </w:p>
    <w:p>
      <w:pPr>
        <w:keepNext/>
        <w:keepLines/>
        <w:spacing w:after="20"/>
        <w:ind w:left="230"/>
      </w:pPr>
      <w:r>
        <w:rPr>
          <w:b w:val="0"/>
        </w:rPr>
        <w:t>C) La placa donde se conectan e integran sus componentes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superficie que detecta el contacto de los dedos</w:t>
      </w:r>
    </w:p>
    <w:p>
      <w:pPr>
        <w:keepNext/>
        <w:spacing w:after="60"/>
      </w:pPr>
      <w:r>
        <w:rPr>
          <w:b/>
        </w:rPr>
        <w:t>12. ¿Qué significan las siglas SoC?</w:t>
      </w:r>
    </w:p>
    <w:p>
      <w:pPr>
        <w:keepNext/>
        <w:keepLines/>
        <w:spacing w:after="20"/>
        <w:ind w:left="230"/>
      </w:pPr>
      <w:r>
        <w:rPr>
          <w:b w:val="0"/>
        </w:rPr>
        <w:t>A) Servicio de conexión</w:t>
      </w:r>
    </w:p>
    <w:p>
      <w:pPr>
        <w:keepNext/>
        <w:keepLines/>
        <w:spacing w:after="20"/>
        <w:ind w:left="230"/>
      </w:pPr>
      <w:r>
        <w:rPr>
          <w:b w:val="0"/>
        </w:rPr>
        <w:t>B) Sistema operativo central</w:t>
      </w:r>
    </w:p>
    <w:p>
      <w:pPr>
        <w:keepNext/>
        <w:keepLines/>
        <w:spacing w:after="20"/>
        <w:ind w:left="230"/>
      </w:pPr>
      <w:r>
        <w:rPr>
          <w:b w:val="0"/>
        </w:rPr>
        <w:t>C) Sistema en un chip</w:t>
      </w:r>
    </w:p>
    <w:p>
      <w:pPr>
        <w:keepNext w:val="0"/>
        <w:keepLines/>
        <w:spacing w:after="180"/>
        <w:ind w:left="230"/>
      </w:pPr>
      <w:r>
        <w:rPr>
          <w:b w:val="0"/>
        </w:rPr>
        <w:t>D) Sensor óptico de cámara</w:t>
      </w:r>
    </w:p>
    <w:p>
      <w:pPr>
        <w:keepNext/>
        <w:spacing w:after="60"/>
      </w:pPr>
      <w:r>
        <w:rPr>
          <w:b/>
        </w:rPr>
        <w:t>13. ¿Qué describe mejor un SoC?</w:t>
      </w:r>
    </w:p>
    <w:p>
      <w:pPr>
        <w:keepNext/>
        <w:keepLines/>
        <w:spacing w:after="20"/>
        <w:ind w:left="230"/>
      </w:pPr>
      <w:r>
        <w:rPr>
          <w:b w:val="0"/>
        </w:rPr>
        <w:t>A) Un programa encargado de instalar aplicaciones</w:t>
      </w:r>
    </w:p>
    <w:p>
      <w:pPr>
        <w:keepNext/>
        <w:keepLines/>
        <w:spacing w:after="20"/>
        <w:ind w:left="230"/>
      </w:pPr>
      <w:r>
        <w:rPr>
          <w:b w:val="0"/>
        </w:rPr>
        <w:t>B) Un chip que integra varios bloques con funciones diferentes</w:t>
      </w:r>
    </w:p>
    <w:p>
      <w:pPr>
        <w:keepNext/>
        <w:keepLines/>
        <w:spacing w:after="20"/>
        <w:ind w:left="230"/>
      </w:pPr>
      <w:r>
        <w:rPr>
          <w:b w:val="0"/>
        </w:rPr>
        <w:t>C) Un conector empleado únicamente para cargar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Una memoria externa que solo guarda fotografías</w:t>
      </w:r>
    </w:p>
    <w:p>
      <w:pPr>
        <w:keepNext/>
        <w:spacing w:after="60"/>
      </w:pPr>
      <w:r>
        <w:rPr>
          <w:b/>
        </w:rPr>
        <w:t>14. ¿Qué significan las siglas CPU?</w:t>
      </w:r>
    </w:p>
    <w:p>
      <w:pPr>
        <w:keepNext/>
        <w:keepLines/>
        <w:spacing w:after="20"/>
        <w:ind w:left="230"/>
      </w:pPr>
      <w:r>
        <w:rPr>
          <w:b w:val="0"/>
        </w:rPr>
        <w:t>A) Control de pantalla del usuario</w:t>
      </w:r>
    </w:p>
    <w:p>
      <w:pPr>
        <w:keepNext/>
        <w:keepLines/>
        <w:spacing w:after="20"/>
        <w:ind w:left="230"/>
      </w:pPr>
      <w:r>
        <w:rPr>
          <w:b w:val="0"/>
        </w:rPr>
        <w:t>B) Unidad central de procesamiento</w:t>
      </w:r>
    </w:p>
    <w:p>
      <w:pPr>
        <w:keepNext/>
        <w:keepLines/>
        <w:spacing w:after="20"/>
        <w:ind w:left="230"/>
      </w:pPr>
      <w:r>
        <w:rPr>
          <w:b w:val="0"/>
        </w:rPr>
        <w:t>C) Conexión principal universal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Unidad de capacidad permanente</w:t>
      </w:r>
    </w:p>
    <w:p>
      <w:pPr>
        <w:keepNext/>
        <w:spacing w:after="60"/>
      </w:pPr>
      <w:r>
        <w:rPr>
          <w:b/>
        </w:rPr>
        <w:t>15. ¿Qué significan las siglas GPU?</w:t>
      </w:r>
    </w:p>
    <w:p>
      <w:pPr>
        <w:keepNext/>
        <w:keepLines/>
        <w:spacing w:after="20"/>
        <w:ind w:left="230"/>
      </w:pPr>
      <w:r>
        <w:rPr>
          <w:b w:val="0"/>
        </w:rPr>
        <w:t>A) Unidad de generación de potencia</w:t>
      </w:r>
    </w:p>
    <w:p>
      <w:pPr>
        <w:keepNext/>
        <w:keepLines/>
        <w:spacing w:after="20"/>
        <w:ind w:left="230"/>
      </w:pPr>
      <w:r>
        <w:rPr>
          <w:b w:val="0"/>
        </w:rPr>
        <w:t>B) Gestor de puertos universales</w:t>
      </w:r>
    </w:p>
    <w:p>
      <w:pPr>
        <w:keepNext/>
        <w:keepLines/>
        <w:spacing w:after="20"/>
        <w:ind w:left="230"/>
      </w:pPr>
      <w:r>
        <w:rPr>
          <w:b w:val="0"/>
        </w:rPr>
        <w:t>C) Guía de posición del usuario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Unidad de procesamiento gráfico</w:t>
      </w:r>
    </w:p>
    <w:p>
      <w:pPr>
        <w:keepNext/>
        <w:spacing w:after="60"/>
      </w:pPr>
      <w:r>
        <w:rPr>
          <w:b/>
        </w:rPr>
        <w:t>16. ¿Qué significa que una CPU tenga varios núcleos?</w:t>
      </w:r>
    </w:p>
    <w:p>
      <w:pPr>
        <w:keepNext/>
        <w:keepLines/>
        <w:spacing w:after="20"/>
        <w:ind w:left="230"/>
      </w:pPr>
      <w:r>
        <w:rPr>
          <w:b w:val="0"/>
        </w:rPr>
        <w:t>A) Que tiene varias pantallas conectadas al procesador</w:t>
      </w:r>
    </w:p>
    <w:p>
      <w:pPr>
        <w:keepNext/>
        <w:keepLines/>
        <w:spacing w:after="20"/>
        <w:ind w:left="230"/>
      </w:pPr>
      <w:r>
        <w:rPr>
          <w:b w:val="0"/>
        </w:rPr>
        <w:t>B) Que dispone de varias unidades capaces de ejecutar instrucciones</w:t>
      </w:r>
    </w:p>
    <w:p>
      <w:pPr>
        <w:keepNext/>
        <w:keepLines/>
        <w:spacing w:after="20"/>
        <w:ind w:left="230"/>
      </w:pPr>
      <w:r>
        <w:rPr>
          <w:b w:val="0"/>
        </w:rPr>
        <w:t>C) Que contiene varias baterías que se cargan por separado</w:t>
      </w:r>
    </w:p>
    <w:p>
      <w:pPr>
        <w:keepNext w:val="0"/>
        <w:keepLines/>
        <w:spacing w:after="180"/>
        <w:ind w:left="230"/>
      </w:pPr>
      <w:r>
        <w:rPr>
          <w:b w:val="0"/>
        </w:rPr>
        <w:t>D) Que dispone de varias tarjetas SIM en su interior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17 a 22   |   40 preguntas en este bloque</w:t>
      </w:r>
    </w:p>
    <w:p>
      <w:pPr>
        <w:keepNext/>
        <w:spacing w:after="60"/>
      </w:pPr>
      <w:r>
        <w:rPr>
          <w:b/>
        </w:rPr>
        <w:t>17. ¿Qué caracteriza a la memoria RAM?</w:t>
      </w:r>
    </w:p>
    <w:p>
      <w:pPr>
        <w:keepNext/>
        <w:keepLines/>
        <w:spacing w:after="20"/>
        <w:ind w:left="230"/>
      </w:pPr>
      <w:r>
        <w:rPr>
          <w:b w:val="0"/>
        </w:rPr>
        <w:t>A) Guarda temporalmente datos y programas en uso</w:t>
      </w:r>
    </w:p>
    <w:p>
      <w:pPr>
        <w:keepNext/>
        <w:keepLines/>
        <w:spacing w:after="20"/>
        <w:ind w:left="230"/>
      </w:pPr>
      <w:r>
        <w:rPr>
          <w:b w:val="0"/>
        </w:rPr>
        <w:t>B) Identifica al abonado en la red del operador</w:t>
      </w:r>
    </w:p>
    <w:p>
      <w:pPr>
        <w:keepNext/>
        <w:keepLines/>
        <w:spacing w:after="20"/>
        <w:ind w:left="230"/>
      </w:pPr>
      <w:r>
        <w:rPr>
          <w:b w:val="0"/>
        </w:rPr>
        <w:t>C) Conserva las fotografías incluso sin alimentación</w:t>
      </w:r>
    </w:p>
    <w:p>
      <w:pPr>
        <w:keepNext w:val="0"/>
        <w:keepLines/>
        <w:spacing w:after="180"/>
        <w:ind w:left="230"/>
      </w:pPr>
      <w:r>
        <w:rPr>
          <w:b w:val="0"/>
        </w:rPr>
        <w:t>D) Capta el sonido para enviarlo al procesador</w:t>
      </w:r>
    </w:p>
    <w:p>
      <w:pPr>
        <w:keepNext/>
        <w:spacing w:after="60"/>
      </w:pPr>
      <w:r>
        <w:rPr>
          <w:b/>
        </w:rPr>
        <w:t>18. ¿Qué componente del ordenador cumple la misma función que la RAM del móvil?</w:t>
      </w:r>
    </w:p>
    <w:p>
      <w:pPr>
        <w:keepNext/>
        <w:keepLines/>
        <w:spacing w:after="20"/>
        <w:ind w:left="230"/>
      </w:pPr>
      <w:r>
        <w:rPr>
          <w:b w:val="0"/>
        </w:rPr>
        <w:t>A) La memoria RAM del ordenador</w:t>
      </w:r>
    </w:p>
    <w:p>
      <w:pPr>
        <w:keepNext/>
        <w:keepLines/>
        <w:spacing w:after="20"/>
        <w:ind w:left="230"/>
      </w:pPr>
      <w:r>
        <w:rPr>
          <w:b w:val="0"/>
        </w:rPr>
        <w:t>B) El monitor del ordenador</w:t>
      </w:r>
    </w:p>
    <w:p>
      <w:pPr>
        <w:keepNext/>
        <w:keepLines/>
        <w:spacing w:after="20"/>
        <w:ind w:left="230"/>
      </w:pPr>
      <w:r>
        <w:rPr>
          <w:b w:val="0"/>
        </w:rPr>
        <w:t>C) El disco SSD del ordenador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fuente de alimentación</w:t>
      </w:r>
    </w:p>
    <w:p>
      <w:pPr>
        <w:keepNext/>
        <w:spacing w:after="60"/>
      </w:pPr>
      <w:r>
        <w:rPr>
          <w:b/>
        </w:rPr>
        <w:t>19. ¿Qué expresa el dato 256 GB de almacenamiento?</w:t>
      </w:r>
    </w:p>
    <w:p>
      <w:pPr>
        <w:keepNext/>
        <w:keepLines/>
        <w:spacing w:after="20"/>
        <w:ind w:left="230"/>
      </w:pPr>
      <w:r>
        <w:rPr>
          <w:b w:val="0"/>
        </w:rPr>
        <w:t>A) La frecuencia de actualización de la pantalla</w:t>
      </w:r>
    </w:p>
    <w:p>
      <w:pPr>
        <w:keepNext/>
        <w:keepLines/>
        <w:spacing w:after="20"/>
        <w:ind w:left="230"/>
      </w:pPr>
      <w:r>
        <w:rPr>
          <w:b w:val="0"/>
        </w:rPr>
        <w:t>B) La velocidad a la que se ejecutan instrucciones</w:t>
      </w:r>
    </w:p>
    <w:p>
      <w:pPr>
        <w:keepNext/>
        <w:keepLines/>
        <w:spacing w:after="20"/>
        <w:ind w:left="230"/>
      </w:pPr>
      <w:r>
        <w:rPr>
          <w:b w:val="0"/>
        </w:rPr>
        <w:t>C) La capacidad nominal para guardar datos y aplicaciones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cantidad de energía disponible en la batería</w:t>
      </w:r>
    </w:p>
    <w:p>
      <w:pPr>
        <w:keepNext/>
        <w:spacing w:after="60"/>
      </w:pPr>
      <w:r>
        <w:rPr>
          <w:b/>
        </w:rPr>
        <w:t>20. ¿Qué componente del ordenador realiza una función similar al almacenamiento del móvil?</w:t>
      </w:r>
    </w:p>
    <w:p>
      <w:pPr>
        <w:keepNext/>
        <w:keepLines/>
        <w:spacing w:after="20"/>
        <w:ind w:left="230"/>
      </w:pPr>
      <w:r>
        <w:rPr>
          <w:b w:val="0"/>
        </w:rPr>
        <w:t>A) El monitor o el altavoz</w:t>
      </w:r>
    </w:p>
    <w:p>
      <w:pPr>
        <w:keepNext/>
        <w:keepLines/>
        <w:spacing w:after="20"/>
        <w:ind w:left="230"/>
      </w:pPr>
      <w:r>
        <w:rPr>
          <w:b w:val="0"/>
        </w:rPr>
        <w:t>B) La CPU o el ventilador</w:t>
      </w:r>
    </w:p>
    <w:p>
      <w:pPr>
        <w:keepNext/>
        <w:keepLines/>
        <w:spacing w:after="20"/>
        <w:ind w:left="230"/>
      </w:pPr>
      <w:r>
        <w:rPr>
          <w:b w:val="0"/>
        </w:rPr>
        <w:t>C) El teclado o el ratón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SSD o el disco duro</w:t>
      </w:r>
    </w:p>
    <w:p>
      <w:pPr>
        <w:keepNext/>
        <w:spacing w:after="60"/>
      </w:pPr>
      <w:r>
        <w:rPr>
          <w:b/>
        </w:rPr>
        <w:t>21. ¿Qué es una tarjeta microSD?</w:t>
      </w:r>
    </w:p>
    <w:p>
      <w:pPr>
        <w:keepNext/>
        <w:keepLines/>
        <w:spacing w:after="20"/>
        <w:ind w:left="230"/>
      </w:pPr>
      <w:r>
        <w:rPr>
          <w:b w:val="0"/>
        </w:rPr>
        <w:t>A) Un sensor que mide la orientación</w:t>
      </w:r>
    </w:p>
    <w:p>
      <w:pPr>
        <w:keepNext/>
        <w:keepLines/>
        <w:spacing w:after="20"/>
        <w:ind w:left="230"/>
      </w:pPr>
      <w:r>
        <w:rPr>
          <w:b w:val="0"/>
        </w:rPr>
        <w:t>B) Un chip destinado a procesar gráficos</w:t>
      </w:r>
    </w:p>
    <w:p>
      <w:pPr>
        <w:keepNext/>
        <w:keepLines/>
        <w:spacing w:after="20"/>
        <w:ind w:left="230"/>
      </w:pPr>
      <w:r>
        <w:rPr>
          <w:b w:val="0"/>
        </w:rPr>
        <w:t>C) Una tarjeta extraíble de almacenamiento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 conector destinado a cargar baterías</w:t>
      </w:r>
    </w:p>
    <w:p>
      <w:pPr>
        <w:keepNext/>
        <w:spacing w:after="60"/>
      </w:pPr>
      <w:r>
        <w:rPr>
          <w:b/>
        </w:rPr>
        <w:t>22. ¿Qué afirmación sobre ampliar el móvil con microSD es correcta?</w:t>
      </w:r>
    </w:p>
    <w:p>
      <w:pPr>
        <w:keepNext/>
        <w:keepLines/>
        <w:spacing w:after="20"/>
        <w:ind w:left="230"/>
      </w:pPr>
      <w:r>
        <w:rPr>
          <w:b w:val="0"/>
        </w:rPr>
        <w:t>A) Solo es posible si el móvil carece de memoria RAM</w:t>
      </w:r>
    </w:p>
    <w:p>
      <w:pPr>
        <w:keepNext/>
        <w:keepLines/>
        <w:spacing w:after="20"/>
        <w:ind w:left="230"/>
      </w:pPr>
      <w:r>
        <w:rPr>
          <w:b w:val="0"/>
        </w:rPr>
        <w:t>B) Solo es posible si el modelo dispone de soporte compatible</w:t>
      </w:r>
    </w:p>
    <w:p>
      <w:pPr>
        <w:keepNext/>
        <w:keepLines/>
        <w:spacing w:after="20"/>
        <w:ind w:left="230"/>
      </w:pPr>
      <w:r>
        <w:rPr>
          <w:b w:val="0"/>
        </w:rPr>
        <w:t>C) Es posible en cualquier móvil mediante una actualización</w:t>
      </w:r>
    </w:p>
    <w:p>
      <w:pPr>
        <w:keepNext w:val="0"/>
        <w:keepLines/>
        <w:spacing w:after="180"/>
        <w:ind w:left="230"/>
      </w:pPr>
      <w:r>
        <w:rPr>
          <w:b w:val="0"/>
        </w:rPr>
        <w:t>D) Es posible en cualquier móvil mediante su tarjeta SIM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23 a 28   |   40 preguntas en este bloque</w:t>
      </w:r>
    </w:p>
    <w:p>
      <w:pPr>
        <w:keepNext/>
        <w:spacing w:after="60"/>
      </w:pPr>
      <w:r>
        <w:rPr>
          <w:b/>
        </w:rPr>
        <w:t>23. ¿Por qué una pantalla táctil es un dispositivo de entrada y salida?</w:t>
      </w:r>
    </w:p>
    <w:p>
      <w:pPr>
        <w:keepNext/>
        <w:keepLines/>
        <w:spacing w:after="20"/>
        <w:ind w:left="230"/>
      </w:pPr>
      <w:r>
        <w:rPr>
          <w:b w:val="0"/>
        </w:rPr>
        <w:t>A) Recibe satélites y emite sonido</w:t>
      </w:r>
    </w:p>
    <w:p>
      <w:pPr>
        <w:keepNext/>
        <w:keepLines/>
        <w:spacing w:after="20"/>
        <w:ind w:left="230"/>
      </w:pPr>
      <w:r>
        <w:rPr>
          <w:b w:val="0"/>
        </w:rPr>
        <w:t>B) Carga la batería y muestra información</w:t>
      </w:r>
    </w:p>
    <w:p>
      <w:pPr>
        <w:keepNext/>
        <w:keepLines/>
        <w:spacing w:after="20"/>
        <w:ind w:left="230"/>
      </w:pPr>
      <w:r>
        <w:rPr>
          <w:b w:val="0"/>
        </w:rPr>
        <w:t>C) Guarda fotografías y reproduce llamadas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Recibe pulsaciones y muestra información</w:t>
      </w:r>
    </w:p>
    <w:p>
      <w:pPr>
        <w:keepNext/>
        <w:spacing w:after="60"/>
      </w:pPr>
      <w:r>
        <w:rPr>
          <w:b/>
        </w:rPr>
        <w:t>24. ¿Qué indica la resolución de una pantalla?</w:t>
      </w:r>
    </w:p>
    <w:p>
      <w:pPr>
        <w:keepNext/>
        <w:keepLines/>
        <w:spacing w:after="20"/>
        <w:ind w:left="230"/>
      </w:pPr>
      <w:r>
        <w:rPr>
          <w:b w:val="0"/>
        </w:rPr>
        <w:t>A) El número de píxeles que forman la imagen</w:t>
      </w:r>
    </w:p>
    <w:p>
      <w:pPr>
        <w:keepNext/>
        <w:keepLines/>
        <w:spacing w:after="20"/>
        <w:ind w:left="230"/>
      </w:pPr>
      <w:r>
        <w:rPr>
          <w:b w:val="0"/>
        </w:rPr>
        <w:t>B) El número de pulgadas de su diagonal</w:t>
      </w:r>
    </w:p>
    <w:p>
      <w:pPr>
        <w:keepNext/>
        <w:keepLines/>
        <w:spacing w:after="20"/>
        <w:ind w:left="230"/>
      </w:pPr>
      <w:r>
        <w:rPr>
          <w:b w:val="0"/>
        </w:rPr>
        <w:t>C) El número de aplicaciones instaladas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número de actualizaciones por segundo</w:t>
      </w:r>
    </w:p>
    <w:p>
      <w:pPr>
        <w:keepNext/>
        <w:spacing w:after="60"/>
      </w:pPr>
      <w:r>
        <w:rPr>
          <w:b/>
        </w:rPr>
        <w:t>25. ¿Qué significa que una pantalla funcione a 120 Hz?</w:t>
      </w:r>
    </w:p>
    <w:p>
      <w:pPr>
        <w:keepNext/>
        <w:keepLines/>
        <w:spacing w:after="20"/>
        <w:ind w:left="230"/>
      </w:pPr>
      <w:r>
        <w:rPr>
          <w:b w:val="0"/>
        </w:rPr>
        <w:t>A) Que puede actualizarse 120 veces por segundo</w:t>
      </w:r>
    </w:p>
    <w:p>
      <w:pPr>
        <w:keepNext/>
        <w:keepLines/>
        <w:spacing w:after="20"/>
        <w:ind w:left="230"/>
      </w:pPr>
      <w:r>
        <w:rPr>
          <w:b w:val="0"/>
        </w:rPr>
        <w:t>B) Que tiene 120 píxeles en cada imagen</w:t>
      </w:r>
    </w:p>
    <w:p>
      <w:pPr>
        <w:keepNext/>
        <w:keepLines/>
        <w:spacing w:after="20"/>
        <w:ind w:left="230"/>
      </w:pPr>
      <w:r>
        <w:rPr>
          <w:b w:val="0"/>
        </w:rPr>
        <w:t>C) Que mide 120 milímetros de diagonal</w:t>
      </w:r>
    </w:p>
    <w:p>
      <w:pPr>
        <w:keepNext w:val="0"/>
        <w:keepLines/>
        <w:spacing w:after="180"/>
        <w:ind w:left="230"/>
      </w:pPr>
      <w:r>
        <w:rPr>
          <w:b w:val="0"/>
        </w:rPr>
        <w:t>D) Que genera siempre 120 imágenes de juego por segundo</w:t>
      </w:r>
    </w:p>
    <w:p>
      <w:pPr>
        <w:keepNext/>
        <w:spacing w:after="60"/>
      </w:pPr>
      <w:r>
        <w:rPr>
          <w:b/>
        </w:rPr>
        <w:t>26. ¿Qué caracteriza a una pantalla OLED?</w:t>
      </w:r>
    </w:p>
    <w:p>
      <w:pPr>
        <w:keepNext/>
        <w:keepLines/>
        <w:spacing w:after="20"/>
        <w:ind w:left="230"/>
      </w:pPr>
      <w:r>
        <w:rPr>
          <w:b w:val="0"/>
        </w:rPr>
        <w:t>A) Sus píxeles emiten luz propia</w:t>
      </w:r>
    </w:p>
    <w:p>
      <w:pPr>
        <w:keepNext/>
        <w:keepLines/>
        <w:spacing w:after="20"/>
        <w:ind w:left="230"/>
      </w:pPr>
      <w:r>
        <w:rPr>
          <w:b w:val="0"/>
        </w:rPr>
        <w:t>B) Almacena las imágenes dentro de cada píxel</w:t>
      </w:r>
    </w:p>
    <w:p>
      <w:pPr>
        <w:keepNext/>
        <w:keepLines/>
        <w:spacing w:after="20"/>
        <w:ind w:left="230"/>
      </w:pPr>
      <w:r>
        <w:rPr>
          <w:b w:val="0"/>
        </w:rPr>
        <w:t>C) Funciona sin consumir energía eléctrica</w:t>
      </w:r>
    </w:p>
    <w:p>
      <w:pPr>
        <w:keepNext w:val="0"/>
        <w:keepLines/>
        <w:spacing w:after="180"/>
        <w:ind w:left="230"/>
      </w:pPr>
      <w:r>
        <w:rPr>
          <w:b w:val="0"/>
        </w:rPr>
        <w:t>D) Necesita siempre una lámpara externa frontal</w:t>
      </w:r>
    </w:p>
    <w:p>
      <w:pPr>
        <w:keepNext/>
        <w:spacing w:after="60"/>
      </w:pPr>
      <w:r>
        <w:rPr>
          <w:b/>
        </w:rPr>
        <w:t>27. ¿Qué significa mAh en la capacidad de una batería?</w:t>
      </w:r>
    </w:p>
    <w:p>
      <w:pPr>
        <w:keepNext/>
        <w:keepLines/>
        <w:spacing w:after="20"/>
        <w:ind w:left="230"/>
      </w:pPr>
      <w:r>
        <w:rPr>
          <w:b w:val="0"/>
        </w:rPr>
        <w:t>A) Milivatio por segundo</w:t>
      </w:r>
    </w:p>
    <w:p>
      <w:pPr>
        <w:keepNext/>
        <w:keepLines/>
        <w:spacing w:after="20"/>
        <w:ind w:left="230"/>
      </w:pPr>
      <w:r>
        <w:rPr>
          <w:b w:val="0"/>
        </w:rPr>
        <w:t>B) Megapíxel por hercio</w:t>
      </w:r>
    </w:p>
    <w:p>
      <w:pPr>
        <w:keepNext/>
        <w:keepLines/>
        <w:spacing w:after="20"/>
        <w:ind w:left="230"/>
      </w:pPr>
      <w:r>
        <w:rPr>
          <w:b w:val="0"/>
        </w:rPr>
        <w:t>C) Megabyte por hora</w:t>
      </w:r>
    </w:p>
    <w:p>
      <w:pPr>
        <w:keepNext w:val="0"/>
        <w:keepLines/>
        <w:spacing w:after="180"/>
        <w:ind w:left="230"/>
      </w:pPr>
      <w:r>
        <w:rPr>
          <w:b w:val="0"/>
        </w:rPr>
        <w:t>D) Miliamperio hora</w:t>
      </w:r>
    </w:p>
    <w:p>
      <w:pPr>
        <w:keepNext/>
        <w:spacing w:after="60"/>
      </w:pPr>
      <w:r>
        <w:rPr>
          <w:b/>
        </w:rPr>
        <w:t>28. ¿Qué hace el sensor de imagen de una cámara?</w:t>
      </w:r>
    </w:p>
    <w:p>
      <w:pPr>
        <w:keepNext/>
        <w:keepLines/>
        <w:spacing w:after="20"/>
        <w:ind w:left="230"/>
      </w:pPr>
      <w:r>
        <w:rPr>
          <w:b w:val="0"/>
        </w:rPr>
        <w:t>A) Transforma la luz recibida en señales eléctricas</w:t>
      </w:r>
    </w:p>
    <w:p>
      <w:pPr>
        <w:keepNext/>
        <w:keepLines/>
        <w:spacing w:after="20"/>
        <w:ind w:left="230"/>
      </w:pPr>
      <w:r>
        <w:rPr>
          <w:b w:val="0"/>
        </w:rPr>
        <w:t>B) Muestra la fotografía sobre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Ilumina la escena cuando falta luz</w:t>
      </w:r>
    </w:p>
    <w:p>
      <w:pPr>
        <w:keepNext w:val="0"/>
        <w:keepLines/>
        <w:spacing w:after="180"/>
        <w:ind w:left="230"/>
      </w:pPr>
      <w:r>
        <w:rPr>
          <w:b w:val="0"/>
        </w:rPr>
        <w:t>D) Almacena permanentemente todas las fotografías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29 a 34   |   40 preguntas en este bloque</w:t>
      </w:r>
    </w:p>
    <w:p>
      <w:pPr>
        <w:keepNext/>
        <w:spacing w:after="60"/>
      </w:pPr>
      <w:r>
        <w:rPr>
          <w:b/>
        </w:rPr>
        <w:t>29. ¿Qué equivale aproximadamente a un megapíxel?</w:t>
      </w:r>
    </w:p>
    <w:p>
      <w:pPr>
        <w:keepNext/>
        <w:keepLines/>
        <w:spacing w:after="20"/>
        <w:ind w:left="230"/>
      </w:pPr>
      <w:r>
        <w:rPr>
          <w:b w:val="0"/>
        </w:rPr>
        <w:t>A) Mil píxeles</w:t>
      </w:r>
    </w:p>
    <w:p>
      <w:pPr>
        <w:keepNext/>
        <w:keepLines/>
        <w:spacing w:after="20"/>
        <w:ind w:left="230"/>
      </w:pPr>
      <w:r>
        <w:rPr>
          <w:b w:val="0"/>
        </w:rPr>
        <w:t>B) Un millón de píxeles</w:t>
      </w:r>
    </w:p>
    <w:p>
      <w:pPr>
        <w:keepNext/>
        <w:keepLines/>
        <w:spacing w:after="20"/>
        <w:ind w:left="230"/>
      </w:pPr>
      <w:r>
        <w:rPr>
          <w:b w:val="0"/>
        </w:rPr>
        <w:t>C) Un millón de colores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Mil imágenes por segundo</w:t>
      </w:r>
    </w:p>
    <w:p>
      <w:pPr>
        <w:keepNext/>
        <w:spacing w:after="60"/>
      </w:pPr>
      <w:r>
        <w:rPr>
          <w:b/>
        </w:rPr>
        <w:t>30. ¿Por qué un móvil puede tener varias cámaras traseras?</w:t>
      </w:r>
    </w:p>
    <w:p>
      <w:pPr>
        <w:keepNext/>
        <w:keepLines/>
        <w:spacing w:after="20"/>
        <w:ind w:left="230"/>
      </w:pPr>
      <w:r>
        <w:rPr>
          <w:b w:val="0"/>
        </w:rPr>
        <w:t>A) Para que todas produzcan siempre la misma imagen</w:t>
      </w:r>
    </w:p>
    <w:p>
      <w:pPr>
        <w:keepNext/>
        <w:keepLines/>
        <w:spacing w:after="20"/>
        <w:ind w:left="230"/>
      </w:pPr>
      <w:r>
        <w:rPr>
          <w:b w:val="0"/>
        </w:rPr>
        <w:t>B) Para que cada cámara guarde una aplicación distinta</w:t>
      </w:r>
    </w:p>
    <w:p>
      <w:pPr>
        <w:keepNext/>
        <w:keepLines/>
        <w:spacing w:after="20"/>
        <w:ind w:left="230"/>
      </w:pPr>
      <w:r>
        <w:rPr>
          <w:b w:val="0"/>
        </w:rPr>
        <w:t>C) Para reemplazar los núcleos de la CPU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Para disponer de distintos ángulos de visión y usos</w:t>
      </w:r>
    </w:p>
    <w:p>
      <w:pPr>
        <w:keepNext/>
        <w:spacing w:after="60"/>
      </w:pPr>
      <w:r>
        <w:rPr>
          <w:b/>
        </w:rPr>
        <w:t>31. ¿Qué conjunto incluye componentes conectados a la placa base del móvil?</w:t>
      </w:r>
    </w:p>
    <w:p>
      <w:pPr>
        <w:keepNext/>
        <w:keepLines/>
        <w:spacing w:after="20"/>
        <w:ind w:left="230"/>
      </w:pPr>
      <w:r>
        <w:rPr>
          <w:b w:val="0"/>
        </w:rPr>
        <w:t>A) Teclado de sobremesa, monitor externo e impresora obligatorios</w:t>
      </w:r>
    </w:p>
    <w:p>
      <w:pPr>
        <w:keepNext/>
        <w:keepLines/>
        <w:spacing w:after="20"/>
        <w:ind w:left="230"/>
      </w:pPr>
      <w:r>
        <w:rPr>
          <w:b w:val="0"/>
        </w:rPr>
        <w:t>B) Router, satélites y antenas del operador</w:t>
      </w:r>
    </w:p>
    <w:p>
      <w:pPr>
        <w:keepNext/>
        <w:keepLines/>
        <w:spacing w:after="20"/>
        <w:ind w:left="230"/>
      </w:pPr>
      <w:r>
        <w:rPr>
          <w:b w:val="0"/>
        </w:rPr>
        <w:t>C) Enchufe de pared, cuadro eléctrico y contador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Pantalla, cámaras y batería</w:t>
      </w:r>
    </w:p>
    <w:p>
      <w:pPr>
        <w:keepNext/>
        <w:spacing w:after="60"/>
      </w:pPr>
      <w:r>
        <w:rPr>
          <w:b/>
        </w:rPr>
        <w:t>32. ¿Qué grupo contiene sistemas operativos habituales de ordenadores?</w:t>
      </w:r>
    </w:p>
    <w:p>
      <w:pPr>
        <w:keepNext/>
        <w:keepLines/>
        <w:spacing w:after="20"/>
        <w:ind w:left="230"/>
      </w:pPr>
      <w:r>
        <w:rPr>
          <w:b w:val="0"/>
        </w:rPr>
        <w:t>A) CPU, GPU y RAM</w:t>
      </w:r>
    </w:p>
    <w:p>
      <w:pPr>
        <w:keepNext/>
        <w:keepLines/>
        <w:spacing w:after="20"/>
        <w:ind w:left="230"/>
      </w:pPr>
      <w:r>
        <w:rPr>
          <w:b w:val="0"/>
        </w:rPr>
        <w:t>B) Android, Bluetooth y NFC</w:t>
      </w:r>
    </w:p>
    <w:p>
      <w:pPr>
        <w:keepNext/>
        <w:keepLines/>
        <w:spacing w:after="20"/>
        <w:ind w:left="230"/>
      </w:pPr>
      <w:r>
        <w:rPr>
          <w:b w:val="0"/>
        </w:rPr>
        <w:t>C) Windows, macOS y Linux</w:t>
      </w:r>
    </w:p>
    <w:p>
      <w:pPr>
        <w:keepNext w:val="0"/>
        <w:keepLines/>
        <w:spacing w:after="180"/>
        <w:ind w:left="230"/>
      </w:pPr>
      <w:r>
        <w:rPr>
          <w:b w:val="0"/>
        </w:rPr>
        <w:t>D) Word, Excel y PowerPoint</w:t>
      </w:r>
    </w:p>
    <w:p>
      <w:pPr>
        <w:keepNext/>
        <w:spacing w:after="60"/>
      </w:pPr>
      <w:r>
        <w:rPr>
          <w:b/>
        </w:rPr>
        <w:t>33. ¿Qué significa que un móvil tenga 8 GB de RAM?</w:t>
      </w:r>
    </w:p>
    <w:p>
      <w:pPr>
        <w:keepNext/>
        <w:keepLines/>
        <w:spacing w:after="20"/>
        <w:ind w:left="230"/>
      </w:pPr>
      <w:r>
        <w:rPr>
          <w:b w:val="0"/>
        </w:rPr>
        <w:t>A) Su pantalla muestra 8 GB de píxeles por segundo</w:t>
      </w:r>
    </w:p>
    <w:p>
      <w:pPr>
        <w:keepNext/>
        <w:keepLines/>
        <w:spacing w:after="20"/>
        <w:ind w:left="230"/>
      </w:pPr>
      <w:r>
        <w:rPr>
          <w:b w:val="0"/>
        </w:rPr>
        <w:t>B) Su batería almacena 8 GB de energía</w:t>
      </w:r>
    </w:p>
    <w:p>
      <w:pPr>
        <w:keepNext/>
        <w:keepLines/>
        <w:spacing w:after="20"/>
        <w:ind w:left="230"/>
      </w:pPr>
      <w:r>
        <w:rPr>
          <w:b w:val="0"/>
        </w:rPr>
        <w:t>C) Dispone de esa capacidad nominal de memoria de trabajo</w:t>
      </w:r>
    </w:p>
    <w:p>
      <w:pPr>
        <w:keepNext w:val="0"/>
        <w:keepLines/>
        <w:spacing w:after="180"/>
        <w:ind w:left="230"/>
      </w:pPr>
      <w:r>
        <w:rPr>
          <w:b w:val="0"/>
        </w:rPr>
        <w:t>D) Puede guardar únicamente 8 GB de archivos permanentes</w:t>
      </w:r>
    </w:p>
    <w:p>
      <w:pPr>
        <w:keepNext/>
        <w:spacing w:after="60"/>
      </w:pPr>
      <w:r>
        <w:rPr>
          <w:b/>
        </w:rPr>
        <w:t>34. ¿Qué dato interesa especialmente para guardar muchos vídeos?</w:t>
      </w:r>
    </w:p>
    <w:p>
      <w:pPr>
        <w:keepNext/>
        <w:keepLines/>
        <w:spacing w:after="20"/>
        <w:ind w:left="230"/>
      </w:pPr>
      <w:r>
        <w:rPr>
          <w:b w:val="0"/>
        </w:rPr>
        <w:t>A) La cantidad de núcleos de la CPU</w:t>
      </w:r>
    </w:p>
    <w:p>
      <w:pPr>
        <w:keepNext/>
        <w:keepLines/>
        <w:spacing w:after="20"/>
        <w:ind w:left="230"/>
      </w:pPr>
      <w:r>
        <w:rPr>
          <w:b w:val="0"/>
        </w:rPr>
        <w:t>B) La sensibilidad del sensor de proximidad</w:t>
      </w:r>
    </w:p>
    <w:p>
      <w:pPr>
        <w:keepNext/>
        <w:keepLines/>
        <w:spacing w:after="20"/>
        <w:ind w:left="230"/>
      </w:pPr>
      <w:r>
        <w:rPr>
          <w:b w:val="0"/>
        </w:rPr>
        <w:t>C) La frecuencia de la pantalla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capacidad de almacenamiento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35 a 40   |   40 preguntas en este bloque</w:t>
      </w:r>
    </w:p>
    <w:p>
      <w:pPr>
        <w:keepNext/>
        <w:spacing w:after="60"/>
      </w:pPr>
      <w:r>
        <w:rPr>
          <w:b/>
        </w:rPr>
        <w:t>35. ¿Qué elemento de un portátil se parece más a la batería de un móvil?</w:t>
      </w:r>
    </w:p>
    <w:p>
      <w:pPr>
        <w:keepNext/>
        <w:keepLines/>
        <w:spacing w:after="20"/>
        <w:ind w:left="230"/>
      </w:pPr>
      <w:r>
        <w:rPr>
          <w:b w:val="0"/>
        </w:rPr>
        <w:t>A) La pantalla del portátil</w:t>
      </w:r>
    </w:p>
    <w:p>
      <w:pPr>
        <w:keepNext/>
        <w:keepLines/>
        <w:spacing w:after="20"/>
        <w:ind w:left="230"/>
      </w:pPr>
      <w:r>
        <w:rPr>
          <w:b w:val="0"/>
        </w:rPr>
        <w:t>B) La memoria RAM del portátil</w:t>
      </w:r>
    </w:p>
    <w:p>
      <w:pPr>
        <w:keepNext/>
        <w:keepLines/>
        <w:spacing w:after="20"/>
        <w:ind w:left="230"/>
      </w:pPr>
      <w:r>
        <w:rPr>
          <w:b w:val="0"/>
        </w:rPr>
        <w:t>C) La batería del portátil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SSD del portátil</w:t>
      </w:r>
    </w:p>
    <w:p>
      <w:pPr>
        <w:keepNext/>
        <w:spacing w:after="60"/>
      </w:pPr>
      <w:r>
        <w:rPr>
          <w:b/>
        </w:rPr>
        <w:t>36. ¿Qué componente alimenta habitualmente un ordenador de sobremesa desde la red eléctrica?</w:t>
      </w:r>
    </w:p>
    <w:p>
      <w:pPr>
        <w:keepNext/>
        <w:keepLines/>
        <w:spacing w:after="20"/>
        <w:ind w:left="230"/>
      </w:pPr>
      <w:r>
        <w:rPr>
          <w:b w:val="0"/>
        </w:rPr>
        <w:t>A) La fuente de alimentación</w:t>
      </w:r>
    </w:p>
    <w:p>
      <w:pPr>
        <w:keepNext/>
        <w:keepLines/>
        <w:spacing w:after="20"/>
        <w:ind w:left="230"/>
      </w:pPr>
      <w:r>
        <w:rPr>
          <w:b w:val="0"/>
        </w:rPr>
        <w:t>B) La tarjeta gráfica</w:t>
      </w:r>
    </w:p>
    <w:p>
      <w:pPr>
        <w:keepNext/>
        <w:keepLines/>
        <w:spacing w:after="20"/>
        <w:ind w:left="230"/>
      </w:pPr>
      <w:r>
        <w:rPr>
          <w:b w:val="0"/>
        </w:rPr>
        <w:t>C) El lector de tarjetas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disco duro</w:t>
      </w:r>
    </w:p>
    <w:p>
      <w:pPr>
        <w:keepNext/>
        <w:spacing w:after="60"/>
      </w:pPr>
      <w:r>
        <w:rPr>
          <w:b/>
        </w:rPr>
        <w:t>37. ¿Qué periférico sustituye parcialmente la pantalla táctil al seleccionar iconos?</w:t>
      </w:r>
    </w:p>
    <w:p>
      <w:pPr>
        <w:keepNext/>
        <w:keepLines/>
        <w:spacing w:after="20"/>
        <w:ind w:left="230"/>
      </w:pPr>
      <w:r>
        <w:rPr>
          <w:b w:val="0"/>
        </w:rPr>
        <w:t>A) La impresora</w:t>
      </w:r>
    </w:p>
    <w:p>
      <w:pPr>
        <w:keepNext/>
        <w:keepLines/>
        <w:spacing w:after="20"/>
        <w:ind w:left="230"/>
      </w:pPr>
      <w:r>
        <w:rPr>
          <w:b w:val="0"/>
        </w:rPr>
        <w:t>B) El micrófono</w:t>
      </w:r>
    </w:p>
    <w:p>
      <w:pPr>
        <w:keepNext/>
        <w:keepLines/>
        <w:spacing w:after="20"/>
        <w:ind w:left="230"/>
      </w:pPr>
      <w:r>
        <w:rPr>
          <w:b w:val="0"/>
        </w:rPr>
        <w:t>C) El escáner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ratón</w:t>
      </w:r>
    </w:p>
    <w:p>
      <w:pPr>
        <w:keepNext/>
        <w:spacing w:after="60"/>
      </w:pPr>
      <w:r>
        <w:rPr>
          <w:b/>
        </w:rPr>
        <w:t>38. ¿Qué distingue normalmente a la cámara frontal de la trasera?</w:t>
      </w:r>
    </w:p>
    <w:p>
      <w:pPr>
        <w:keepNext/>
        <w:keepLines/>
        <w:spacing w:after="20"/>
        <w:ind w:left="230"/>
      </w:pPr>
      <w:r>
        <w:rPr>
          <w:b w:val="0"/>
        </w:rPr>
        <w:t>A) La frontal mide el sonido y la trasera mide la luz</w:t>
      </w:r>
    </w:p>
    <w:p>
      <w:pPr>
        <w:keepNext/>
        <w:keepLines/>
        <w:spacing w:after="20"/>
        <w:ind w:left="230"/>
      </w:pPr>
      <w:r>
        <w:rPr>
          <w:b w:val="0"/>
        </w:rPr>
        <w:t>B) La frontal está orientada hacia quien mira la pantalla</w:t>
      </w:r>
    </w:p>
    <w:p>
      <w:pPr>
        <w:keepNext/>
        <w:keepLines/>
        <w:spacing w:after="20"/>
        <w:ind w:left="230"/>
      </w:pPr>
      <w:r>
        <w:rPr>
          <w:b w:val="0"/>
        </w:rPr>
        <w:t>C) La frontal es de salida y la trasera es de entrada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frontal guarda fotos en RAM y la trasera en SIM</w:t>
      </w:r>
    </w:p>
    <w:p>
      <w:pPr>
        <w:keepNext/>
        <w:spacing w:after="60"/>
      </w:pPr>
      <w:r>
        <w:rPr>
          <w:b/>
        </w:rPr>
        <w:t>39. ¿Para qué sirve el flash?</w:t>
      </w:r>
    </w:p>
    <w:p>
      <w:pPr>
        <w:keepNext/>
        <w:keepLines/>
        <w:spacing w:after="20"/>
        <w:ind w:left="230"/>
      </w:pPr>
      <w:r>
        <w:rPr>
          <w:b w:val="0"/>
        </w:rPr>
        <w:t>A) Para iluminar la escena al fotografiar</w:t>
      </w:r>
    </w:p>
    <w:p>
      <w:pPr>
        <w:keepNext/>
        <w:keepLines/>
        <w:spacing w:after="20"/>
        <w:ind w:left="230"/>
      </w:pPr>
      <w:r>
        <w:rPr>
          <w:b w:val="0"/>
        </w:rPr>
        <w:t>B) Para guardar automáticamente la fotografía</w:t>
      </w:r>
    </w:p>
    <w:p>
      <w:pPr>
        <w:keepNext/>
        <w:keepLines/>
        <w:spacing w:after="20"/>
        <w:ind w:left="230"/>
      </w:pPr>
      <w:r>
        <w:rPr>
          <w:b w:val="0"/>
        </w:rPr>
        <w:t>C) Para detectar la orientación del teléfono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Para aumentar la capacidad de la RAM</w:t>
      </w:r>
    </w:p>
    <w:p>
      <w:pPr>
        <w:keepNext/>
        <w:spacing w:after="60"/>
      </w:pPr>
      <w:r>
        <w:rPr>
          <w:b/>
        </w:rPr>
        <w:t>40. ¿Dónde se guarda finalmente una fotografía para conservarla?</w:t>
      </w:r>
    </w:p>
    <w:p>
      <w:pPr>
        <w:keepNext/>
        <w:keepLines/>
        <w:spacing w:after="20"/>
        <w:ind w:left="230"/>
      </w:pPr>
      <w:r>
        <w:rPr>
          <w:b w:val="0"/>
        </w:rPr>
        <w:t>A) En la GPU hasta la siguiente actualización de pantalla</w:t>
      </w:r>
    </w:p>
    <w:p>
      <w:pPr>
        <w:keepNext/>
        <w:keepLines/>
        <w:spacing w:after="20"/>
        <w:ind w:left="230"/>
      </w:pPr>
      <w:r>
        <w:rPr>
          <w:b w:val="0"/>
        </w:rPr>
        <w:t>B) Solo en la memoria RAM mientras el móvil esté encendido</w:t>
      </w:r>
    </w:p>
    <w:p>
      <w:pPr>
        <w:keepNext/>
        <w:keepLines/>
        <w:spacing w:after="20"/>
        <w:ind w:left="230"/>
      </w:pPr>
      <w:r>
        <w:rPr>
          <w:b w:val="0"/>
        </w:rPr>
        <w:t>C) Solo en el sensor de imagen mientras recibe luz</w:t>
      </w:r>
    </w:p>
    <w:p>
      <w:pPr>
        <w:keepNext w:val="0"/>
        <w:keepLines/>
        <w:spacing w:after="180"/>
        <w:ind w:left="230"/>
      </w:pPr>
      <w:r>
        <w:rPr>
          <w:b w:val="0"/>
        </w:rPr>
        <w:t>D) En el almacenamiento interno o en una tarjeta compatible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41 a 46   |   40 preguntas en este bloque</w:t>
      </w:r>
    </w:p>
    <w:p>
      <w:pPr>
        <w:keepNext/>
        <w:spacing w:after="60"/>
      </w:pPr>
      <w:r>
        <w:rPr>
          <w:b/>
        </w:rPr>
        <w:t>41. ¿Qué permite hacer el Wi-Fi?</w:t>
      </w:r>
    </w:p>
    <w:p>
      <w:pPr>
        <w:keepNext/>
        <w:keepLines/>
        <w:spacing w:after="20"/>
        <w:ind w:left="230"/>
      </w:pPr>
      <w:r>
        <w:rPr>
          <w:b w:val="0"/>
        </w:rPr>
        <w:t>A) Conectarse de forma inalámbrica a una red local</w:t>
      </w:r>
    </w:p>
    <w:p>
      <w:pPr>
        <w:keepNext/>
        <w:keepLines/>
        <w:spacing w:after="20"/>
        <w:ind w:left="230"/>
      </w:pPr>
      <w:r>
        <w:rPr>
          <w:b w:val="0"/>
        </w:rPr>
        <w:t>B) Detectar huellas dactilares sobre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Cargar la batería sin utilizar ningún equipo adicional</w:t>
      </w:r>
    </w:p>
    <w:p>
      <w:pPr>
        <w:keepNext w:val="0"/>
        <w:keepLines/>
        <w:spacing w:after="180"/>
        <w:ind w:left="230"/>
      </w:pPr>
      <w:r>
        <w:rPr>
          <w:b w:val="0"/>
        </w:rPr>
        <w:t>D) Comunicarse directamente con satélites de navegación</w:t>
      </w:r>
    </w:p>
    <w:p>
      <w:pPr>
        <w:keepNext/>
        <w:spacing w:after="60"/>
      </w:pPr>
      <w:r>
        <w:rPr>
          <w:b/>
        </w:rPr>
        <w:t>42. ¿Cuál es un uso habitual de Bluetooth?</w:t>
      </w:r>
    </w:p>
    <w:p>
      <w:pPr>
        <w:keepNext/>
        <w:keepLines/>
        <w:spacing w:after="20"/>
        <w:ind w:left="230"/>
      </w:pPr>
      <w:r>
        <w:rPr>
          <w:b w:val="0"/>
        </w:rPr>
        <w:t>A) Recibir señales de satélites para localizarse</w:t>
      </w:r>
    </w:p>
    <w:p>
      <w:pPr>
        <w:keepNext/>
        <w:keepLines/>
        <w:spacing w:after="20"/>
        <w:ind w:left="230"/>
      </w:pPr>
      <w:r>
        <w:rPr>
          <w:b w:val="0"/>
        </w:rPr>
        <w:t>B) Leer una huella dactilar para desbloquear</w:t>
      </w:r>
    </w:p>
    <w:p>
      <w:pPr>
        <w:keepNext/>
        <w:keepLines/>
        <w:spacing w:after="20"/>
        <w:ind w:left="230"/>
      </w:pPr>
      <w:r>
        <w:rPr>
          <w:b w:val="0"/>
        </w:rPr>
        <w:t>C) Conectar el móvil a la red 5G del operador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Conectar auriculares inalámbricos al móvil</w:t>
      </w:r>
    </w:p>
    <w:p>
      <w:pPr>
        <w:keepNext/>
        <w:spacing w:after="60"/>
      </w:pPr>
      <w:r>
        <w:rPr>
          <w:b/>
        </w:rPr>
        <w:t>43. ¿Cuál es un uso habitual de NFC?</w:t>
      </w:r>
    </w:p>
    <w:p>
      <w:pPr>
        <w:keepNext/>
        <w:keepLines/>
        <w:spacing w:after="20"/>
        <w:ind w:left="230"/>
      </w:pPr>
      <w:r>
        <w:rPr>
          <w:b w:val="0"/>
        </w:rPr>
        <w:t>A) Realizar un pago acercando el móvil a un terminal compatible</w:t>
      </w:r>
    </w:p>
    <w:p>
      <w:pPr>
        <w:keepNext/>
        <w:keepLines/>
        <w:spacing w:after="20"/>
        <w:ind w:left="230"/>
      </w:pPr>
      <w:r>
        <w:rPr>
          <w:b w:val="0"/>
        </w:rPr>
        <w:t>B) Aumentar el espacio disponible para fotografías</w:t>
      </w:r>
    </w:p>
    <w:p>
      <w:pPr>
        <w:keepNext/>
        <w:keepLines/>
        <w:spacing w:after="20"/>
        <w:ind w:left="230"/>
      </w:pPr>
      <w:r>
        <w:rPr>
          <w:b w:val="0"/>
        </w:rPr>
        <w:t>C) Enviar vídeo a un satélite situado en órbita</w:t>
      </w:r>
    </w:p>
    <w:p>
      <w:pPr>
        <w:keepNext w:val="0"/>
        <w:keepLines/>
        <w:spacing w:after="180"/>
        <w:ind w:left="230"/>
      </w:pPr>
      <w:r>
        <w:rPr>
          <w:b w:val="0"/>
        </w:rPr>
        <w:t>D) Conectar a Internet desde cualquier lugar sin operador</w:t>
      </w:r>
    </w:p>
    <w:p>
      <w:pPr>
        <w:keepNext/>
        <w:spacing w:after="60"/>
      </w:pPr>
      <w:r>
        <w:rPr>
          <w:b/>
        </w:rPr>
        <w:t>44. ¿Qué permite una conexión 4G o 5G con servicio del operador?</w:t>
      </w:r>
    </w:p>
    <w:p>
      <w:pPr>
        <w:keepNext/>
        <w:keepLines/>
        <w:spacing w:after="20"/>
        <w:ind w:left="230"/>
      </w:pPr>
      <w:r>
        <w:rPr>
          <w:b w:val="0"/>
        </w:rPr>
        <w:t>A) Ampliar la RAM mediante la tarjeta SIM</w:t>
      </w:r>
    </w:p>
    <w:p>
      <w:pPr>
        <w:keepNext/>
        <w:keepLines/>
        <w:spacing w:after="20"/>
        <w:ind w:left="230"/>
      </w:pPr>
      <w:r>
        <w:rPr>
          <w:b w:val="0"/>
        </w:rPr>
        <w:t>B) Acceder a servicios de una red móvil</w:t>
      </w:r>
    </w:p>
    <w:p>
      <w:pPr>
        <w:keepNext/>
        <w:keepLines/>
        <w:spacing w:after="20"/>
        <w:ind w:left="230"/>
      </w:pPr>
      <w:r>
        <w:rPr>
          <w:b w:val="0"/>
        </w:rPr>
        <w:t>C) Recargar la batería sin cable ni cargador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Medir el brillo ambiental para la pantalla</w:t>
      </w:r>
    </w:p>
    <w:p>
      <w:pPr>
        <w:keepNext/>
        <w:spacing w:after="60"/>
      </w:pPr>
      <w:r>
        <w:rPr>
          <w:b/>
        </w:rPr>
        <w:t>45. ¿Qué es USB-C?</w:t>
      </w:r>
    </w:p>
    <w:p>
      <w:pPr>
        <w:keepNext/>
        <w:keepLines/>
        <w:spacing w:after="20"/>
        <w:ind w:left="230"/>
      </w:pPr>
      <w:r>
        <w:rPr>
          <w:b w:val="0"/>
        </w:rPr>
        <w:t>A) Una unidad de capacidad de batería</w:t>
      </w:r>
    </w:p>
    <w:p>
      <w:pPr>
        <w:keepNext/>
        <w:keepLines/>
        <w:spacing w:after="20"/>
        <w:ind w:left="230"/>
      </w:pPr>
      <w:r>
        <w:rPr>
          <w:b w:val="0"/>
        </w:rPr>
        <w:t>B) Un sistema operativo para móviles</w:t>
      </w:r>
    </w:p>
    <w:p>
      <w:pPr>
        <w:keepNext/>
        <w:keepLines/>
        <w:spacing w:after="20"/>
        <w:ind w:left="230"/>
      </w:pPr>
      <w:r>
        <w:rPr>
          <w:b w:val="0"/>
        </w:rPr>
        <w:t>C) Una tecnología de navegación por satélite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 tipo de conector físico reversible</w:t>
      </w:r>
    </w:p>
    <w:p>
      <w:pPr>
        <w:keepNext/>
        <w:spacing w:after="60"/>
      </w:pPr>
      <w:r>
        <w:rPr>
          <w:b/>
        </w:rPr>
        <w:t>46. ¿Qué es un sensor?</w:t>
      </w:r>
    </w:p>
    <w:p>
      <w:pPr>
        <w:keepNext/>
        <w:keepLines/>
        <w:spacing w:after="20"/>
        <w:ind w:left="230"/>
      </w:pPr>
      <w:r>
        <w:rPr>
          <w:b w:val="0"/>
        </w:rPr>
        <w:t>A) Un archivo que almacena todas las contraseñas</w:t>
      </w:r>
    </w:p>
    <w:p>
      <w:pPr>
        <w:keepNext/>
        <w:keepLines/>
        <w:spacing w:after="20"/>
        <w:ind w:left="230"/>
      </w:pPr>
      <w:r>
        <w:rPr>
          <w:b w:val="0"/>
        </w:rPr>
        <w:t>B) Un conector que convierte cualquier red en Wi-Fi</w:t>
      </w:r>
    </w:p>
    <w:p>
      <w:pPr>
        <w:keepNext/>
        <w:keepLines/>
        <w:spacing w:after="20"/>
        <w:ind w:left="230"/>
      </w:pPr>
      <w:r>
        <w:rPr>
          <w:b w:val="0"/>
        </w:rPr>
        <w:t>C) Un componente que detecta magnitudes o cambios del entorno</w:t>
      </w:r>
    </w:p>
    <w:p>
      <w:pPr>
        <w:keepNext w:val="0"/>
        <w:keepLines/>
        <w:spacing w:after="180"/>
        <w:ind w:left="230"/>
      </w:pPr>
      <w:r>
        <w:rPr>
          <w:b w:val="0"/>
        </w:rPr>
        <w:t>D) Un programa que instala cualquier aplicación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40"/>
      </w:pPr>
      <w:r>
        <w:rPr>
          <w:b w:val="0"/>
        </w:rPr>
        <w:t>Preguntas 47 a 50   |   40 preguntas en este bloque</w:t>
      </w:r>
    </w:p>
    <w:p>
      <w:pPr>
        <w:keepNext/>
        <w:spacing w:after="60"/>
      </w:pPr>
      <w:r>
        <w:rPr>
          <w:b/>
        </w:rPr>
        <w:t>47. ¿Qué mide principalmente el acelerómetro?</w:t>
      </w:r>
    </w:p>
    <w:p>
      <w:pPr>
        <w:keepNext/>
        <w:keepLines/>
        <w:spacing w:after="20"/>
        <w:ind w:left="230"/>
      </w:pPr>
      <w:r>
        <w:rPr>
          <w:b w:val="0"/>
        </w:rPr>
        <w:t>A) La capacidad de almacenamiento</w:t>
      </w:r>
    </w:p>
    <w:p>
      <w:pPr>
        <w:keepNext/>
        <w:keepLines/>
        <w:spacing w:after="20"/>
        <w:ind w:left="230"/>
      </w:pPr>
      <w:r>
        <w:rPr>
          <w:b w:val="0"/>
        </w:rPr>
        <w:t>B) La intensidad del sonido del altavoz</w:t>
      </w:r>
    </w:p>
    <w:p>
      <w:pPr>
        <w:keepNext/>
        <w:keepLines/>
        <w:spacing w:after="20"/>
        <w:ind w:left="230"/>
      </w:pPr>
      <w:r>
        <w:rPr>
          <w:b w:val="0"/>
        </w:rPr>
        <w:t>C) La aceleración del dispositivo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luz que recibe la cámara</w:t>
      </w:r>
    </w:p>
    <w:p>
      <w:pPr>
        <w:keepNext/>
        <w:spacing w:after="60"/>
      </w:pPr>
      <w:r>
        <w:rPr>
          <w:b/>
        </w:rPr>
        <w:t>48. ¿Qué detecta el sensor de proximidad?</w:t>
      </w:r>
    </w:p>
    <w:p>
      <w:pPr>
        <w:keepNext/>
        <w:keepLines/>
        <w:spacing w:after="20"/>
        <w:ind w:left="230"/>
      </w:pPr>
      <w:r>
        <w:rPr>
          <w:b w:val="0"/>
        </w:rPr>
        <w:t>A) La ubicación exacta sobre un mapa</w:t>
      </w:r>
    </w:p>
    <w:p>
      <w:pPr>
        <w:keepNext/>
        <w:keepLines/>
        <w:spacing w:after="20"/>
        <w:ind w:left="230"/>
      </w:pPr>
      <w:r>
        <w:rPr>
          <w:b w:val="0"/>
        </w:rPr>
        <w:t>B) El espacio disponible en la memoria</w:t>
      </w:r>
    </w:p>
    <w:p>
      <w:pPr>
        <w:keepNext/>
        <w:keepLines/>
        <w:spacing w:after="20"/>
        <w:ind w:left="230"/>
      </w:pPr>
      <w:r>
        <w:rPr>
          <w:b w:val="0"/>
        </w:rPr>
        <w:t>C) La presencia de un objeto cercano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velocidad de la conexión a Internet</w:t>
      </w:r>
    </w:p>
    <w:p>
      <w:pPr>
        <w:keepNext/>
        <w:spacing w:after="60"/>
      </w:pPr>
      <w:r>
        <w:rPr>
          <w:b/>
        </w:rPr>
        <w:t>49. ¿Para qué sirve el sensor de luz ambiental?</w:t>
      </w:r>
    </w:p>
    <w:p>
      <w:pPr>
        <w:keepNext/>
        <w:keepLines/>
        <w:spacing w:after="20"/>
        <w:ind w:left="230"/>
      </w:pPr>
      <w:r>
        <w:rPr>
          <w:b w:val="0"/>
        </w:rPr>
        <w:t>A) Para aumentar físicamente los píxeles de la pantalla</w:t>
      </w:r>
    </w:p>
    <w:p>
      <w:pPr>
        <w:keepNext/>
        <w:keepLines/>
        <w:spacing w:after="20"/>
        <w:ind w:left="230"/>
      </w:pPr>
      <w:r>
        <w:rPr>
          <w:b w:val="0"/>
        </w:rPr>
        <w:t>B) Para ayudar a ajustar el brillo según la iluminación</w:t>
      </w:r>
    </w:p>
    <w:p>
      <w:pPr>
        <w:keepNext/>
        <w:keepLines/>
        <w:spacing w:after="20"/>
        <w:ind w:left="230"/>
      </w:pPr>
      <w:r>
        <w:rPr>
          <w:b w:val="0"/>
        </w:rPr>
        <w:t>C) Para guardar imágenes sin utilizar la cámara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Para sustituir el flash al hacer cualquier fotografía</w:t>
      </w:r>
    </w:p>
    <w:p>
      <w:pPr>
        <w:keepNext/>
        <w:spacing w:after="60"/>
      </w:pPr>
      <w:r>
        <w:rPr>
          <w:b/>
        </w:rPr>
        <w:t>50. ¿Para qué se utiliza el lector de huellas?</w:t>
      </w:r>
    </w:p>
    <w:p>
      <w:pPr>
        <w:keepNext/>
        <w:keepLines/>
        <w:spacing w:after="20"/>
        <w:ind w:left="230"/>
      </w:pPr>
      <w:r>
        <w:rPr>
          <w:b w:val="0"/>
        </w:rPr>
        <w:t>A) Para comprimir fotografías antes de guardarlas</w:t>
      </w:r>
    </w:p>
    <w:p>
      <w:pPr>
        <w:keepNext/>
        <w:keepLines/>
        <w:spacing w:after="20"/>
        <w:ind w:left="230"/>
      </w:pPr>
      <w:r>
        <w:rPr>
          <w:b w:val="0"/>
        </w:rPr>
        <w:t>B) Para mejorar la cobertura del operador</w:t>
      </w:r>
    </w:p>
    <w:p>
      <w:pPr>
        <w:keepNext/>
        <w:keepLines/>
        <w:spacing w:after="20"/>
        <w:ind w:left="230"/>
      </w:pPr>
      <w:r>
        <w:rPr>
          <w:b w:val="0"/>
        </w:rPr>
        <w:t>C) Para medir la carga restante de la batería</w:t>
      </w:r>
    </w:p>
    <w:p>
      <w:pPr>
        <w:keepNext w:val="0"/>
        <w:keepLines/>
        <w:spacing w:after="180"/>
        <w:ind w:left="230"/>
      </w:pPr>
      <w:r>
        <w:rPr>
          <w:b w:val="0"/>
        </w:rPr>
        <w:t>D) Para autenticar al usuario mediante su huella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40"/>
      </w:pPr>
      <w:r>
        <w:rPr>
          <w:b w:val="0"/>
        </w:rPr>
        <w:t>Preguntas 51 a 56   |   30 preguntas en este bloque</w:t>
      </w:r>
    </w:p>
    <w:p>
      <w:pPr>
        <w:keepNext/>
        <w:spacing w:after="60"/>
      </w:pPr>
      <w:r>
        <w:rPr>
          <w:b/>
        </w:rPr>
        <w:t>51. ¿Qué ventaja suele tener integrar varios bloques en un SoC?</w:t>
      </w:r>
    </w:p>
    <w:p>
      <w:pPr>
        <w:keepNext/>
        <w:keepLines/>
        <w:spacing w:after="20"/>
        <w:ind w:left="230"/>
      </w:pPr>
      <w:r>
        <w:rPr>
          <w:b w:val="0"/>
        </w:rPr>
        <w:t>A) Permite prescindir de la batería en cualquier teléfono</w:t>
      </w:r>
    </w:p>
    <w:p>
      <w:pPr>
        <w:keepNext/>
        <w:keepLines/>
        <w:spacing w:after="20"/>
        <w:ind w:left="230"/>
      </w:pPr>
      <w:r>
        <w:rPr>
          <w:b w:val="0"/>
        </w:rPr>
        <w:t>B) Reduce el espacio ocupado y puede mejorar la eficiencia</w:t>
      </w:r>
    </w:p>
    <w:p>
      <w:pPr>
        <w:keepNext/>
        <w:keepLines/>
        <w:spacing w:after="20"/>
        <w:ind w:left="230"/>
      </w:pPr>
      <w:r>
        <w:rPr>
          <w:b w:val="0"/>
        </w:rPr>
        <w:t>C) Hace innecesario el sistema operativo</w:t>
      </w:r>
    </w:p>
    <w:p>
      <w:pPr>
        <w:keepNext w:val="0"/>
        <w:keepLines/>
        <w:spacing w:after="180"/>
        <w:ind w:left="230"/>
      </w:pPr>
      <w:r>
        <w:rPr>
          <w:b w:val="0"/>
        </w:rPr>
        <w:t>D) Convierte el almacenamiento en memoria RAM</w:t>
      </w:r>
    </w:p>
    <w:p>
      <w:pPr>
        <w:keepNext/>
        <w:spacing w:after="60"/>
      </w:pPr>
      <w:r>
        <w:rPr>
          <w:b/>
        </w:rPr>
        <w:t>52. Dos móviles tienen diferente número de núcleos. ¿Qué permite concluir ese dato por sí solo?</w:t>
      </w:r>
    </w:p>
    <w:p>
      <w:pPr>
        <w:keepNext/>
        <w:keepLines/>
        <w:spacing w:after="20"/>
        <w:ind w:left="230"/>
      </w:pPr>
      <w:r>
        <w:rPr>
          <w:b w:val="0"/>
        </w:rPr>
        <w:t>A) El de más núcleos siempre ejecuta todo más rápido</w:t>
      </w:r>
    </w:p>
    <w:p>
      <w:pPr>
        <w:keepNext/>
        <w:keepLines/>
        <w:spacing w:after="20"/>
        <w:ind w:left="230"/>
      </w:pPr>
      <w:r>
        <w:rPr>
          <w:b w:val="0"/>
        </w:rPr>
        <w:t>B) No basta para saber cuál será más rápido</w:t>
      </w:r>
    </w:p>
    <w:p>
      <w:pPr>
        <w:keepNext/>
        <w:keepLines/>
        <w:spacing w:after="20"/>
        <w:ind w:left="230"/>
      </w:pPr>
      <w:r>
        <w:rPr>
          <w:b w:val="0"/>
        </w:rPr>
        <w:t>C) Ambos tendrán necesariamente el mismo rendimiento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de menos núcleos siempre consume menos en cualquier tarea</w:t>
      </w:r>
    </w:p>
    <w:p>
      <w:pPr>
        <w:keepNext/>
        <w:spacing w:after="60"/>
      </w:pPr>
      <w:r>
        <w:rPr>
          <w:b/>
        </w:rPr>
        <w:t>53. ¿Qué relación existe entre CPU y SoC?</w:t>
      </w:r>
    </w:p>
    <w:p>
      <w:pPr>
        <w:keepNext/>
        <w:keepLines/>
        <w:spacing w:after="20"/>
        <w:ind w:left="230"/>
      </w:pPr>
      <w:r>
        <w:rPr>
          <w:b w:val="0"/>
        </w:rPr>
        <w:t>A) CPU y SoC son nombres equivalentes para cualquier chip</w:t>
      </w:r>
    </w:p>
    <w:p>
      <w:pPr>
        <w:keepNext/>
        <w:keepLines/>
        <w:spacing w:after="20"/>
        <w:ind w:left="230"/>
      </w:pPr>
      <w:r>
        <w:rPr>
          <w:b w:val="0"/>
        </w:rPr>
        <w:t>B) La CPU es la placa completa y el SoC es la batería</w:t>
      </w:r>
    </w:p>
    <w:p>
      <w:pPr>
        <w:keepNext/>
        <w:keepLines/>
        <w:spacing w:after="20"/>
        <w:ind w:left="230"/>
      </w:pPr>
      <w:r>
        <w:rPr>
          <w:b w:val="0"/>
        </w:rPr>
        <w:t>C) El SoC es siempre un programa ejecutado por la CPU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CPU puede ser uno de los bloques integrados en el SoC</w:t>
      </w:r>
    </w:p>
    <w:p>
      <w:pPr>
        <w:keepNext/>
        <w:spacing w:after="60"/>
      </w:pPr>
      <w:r>
        <w:rPr>
          <w:b/>
        </w:rPr>
        <w:t>54. ¿Cómo puede un móvil ejecutar juegos sin una tarjeta gráfica grande?</w:t>
      </w:r>
    </w:p>
    <w:p>
      <w:pPr>
        <w:keepNext/>
        <w:keepLines/>
        <w:spacing w:after="20"/>
        <w:ind w:left="230"/>
      </w:pPr>
      <w:r>
        <w:rPr>
          <w:b w:val="0"/>
        </w:rPr>
        <w:t>A) Genera todos los gráficos en la batería</w:t>
      </w:r>
    </w:p>
    <w:p>
      <w:pPr>
        <w:keepNext/>
        <w:keepLines/>
        <w:spacing w:after="20"/>
        <w:ind w:left="230"/>
      </w:pPr>
      <w:r>
        <w:rPr>
          <w:b w:val="0"/>
        </w:rPr>
        <w:t>B) Utiliza la tarjeta SIM como tarjeta gráfica</w:t>
      </w:r>
    </w:p>
    <w:p>
      <w:pPr>
        <w:keepNext/>
        <w:keepLines/>
        <w:spacing w:after="20"/>
        <w:ind w:left="230"/>
      </w:pPr>
      <w:r>
        <w:rPr>
          <w:b w:val="0"/>
        </w:rPr>
        <w:t>C) Puede integrar una GPU dentro de su SoC</w:t>
      </w:r>
    </w:p>
    <w:p>
      <w:pPr>
        <w:keepNext w:val="0"/>
        <w:keepLines/>
        <w:spacing w:after="180"/>
        <w:ind w:left="230"/>
      </w:pPr>
      <w:r>
        <w:rPr>
          <w:b w:val="0"/>
        </w:rPr>
        <w:t>D) Utiliza el sensor de proximidad como GPU</w:t>
      </w:r>
    </w:p>
    <w:p>
      <w:pPr>
        <w:keepNext/>
        <w:spacing w:after="60"/>
      </w:pPr>
      <w:r>
        <w:rPr>
          <w:b/>
        </w:rPr>
        <w:t>55. Al volver a una aplicación, esta se recarga con frecuencia. ¿Qué explicación relacionada con RAM es razonable?</w:t>
      </w:r>
    </w:p>
    <w:p>
      <w:pPr>
        <w:keepNext/>
        <w:keepLines/>
        <w:spacing w:after="20"/>
        <w:ind w:left="230"/>
      </w:pPr>
      <w:r>
        <w:rPr>
          <w:b w:val="0"/>
        </w:rPr>
        <w:t>A) El sistema libera RAM cerrando o retirando aplicaciones de la memoria</w:t>
      </w:r>
    </w:p>
    <w:p>
      <w:pPr>
        <w:keepNext/>
        <w:keepLines/>
        <w:spacing w:after="20"/>
        <w:ind w:left="230"/>
      </w:pPr>
      <w:r>
        <w:rPr>
          <w:b w:val="0"/>
        </w:rPr>
        <w:t>B) La batería almacena los datos de todas las aplicaciones</w:t>
      </w:r>
    </w:p>
    <w:p>
      <w:pPr>
        <w:keepNext/>
        <w:keepLines/>
        <w:spacing w:after="20"/>
        <w:ind w:left="230"/>
      </w:pPr>
      <w:r>
        <w:rPr>
          <w:b w:val="0"/>
        </w:rPr>
        <w:t>C) El micrófono impide que las aplicaciones permanezcan abiertas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RAM conserva demasiadas fotografías apagadas</w:t>
      </w:r>
    </w:p>
    <w:p>
      <w:pPr>
        <w:keepNext/>
        <w:spacing w:after="60"/>
      </w:pPr>
      <w:r>
        <w:rPr>
          <w:b/>
        </w:rPr>
        <w:t>56. ¿Qué diferencia hay entre 8 GB de RAM y 128 GB de almacenamiento?</w:t>
      </w:r>
    </w:p>
    <w:p>
      <w:pPr>
        <w:keepNext/>
        <w:keepLines/>
        <w:spacing w:after="20"/>
        <w:ind w:left="230"/>
      </w:pPr>
      <w:r>
        <w:rPr>
          <w:b w:val="0"/>
        </w:rPr>
        <w:t>A) Son capacidades de memorias con funciones diferentes</w:t>
      </w:r>
    </w:p>
    <w:p>
      <w:pPr>
        <w:keepNext/>
        <w:keepLines/>
        <w:spacing w:after="20"/>
        <w:ind w:left="230"/>
      </w:pPr>
      <w:r>
        <w:rPr>
          <w:b w:val="0"/>
        </w:rPr>
        <w:t>B) Son dos maneras de expresar la misma capacidad total</w:t>
      </w:r>
    </w:p>
    <w:p>
      <w:pPr>
        <w:keepNext/>
        <w:keepLines/>
        <w:spacing w:after="20"/>
        <w:ind w:left="230"/>
      </w:pPr>
      <w:r>
        <w:rPr>
          <w:b w:val="0"/>
        </w:rPr>
        <w:t>C) Los 8 GB indican únicamente el espacio para fotografías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Los 128 GB indican siempre la RAM disponible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40"/>
      </w:pPr>
      <w:r>
        <w:rPr>
          <w:b w:val="0"/>
        </w:rPr>
        <w:t>Preguntas 57 a 62   |   30 preguntas en este bloque</w:t>
      </w:r>
    </w:p>
    <w:p>
      <w:pPr>
        <w:keepNext/>
        <w:spacing w:after="60"/>
      </w:pPr>
      <w:r>
        <w:rPr>
          <w:b/>
        </w:rPr>
        <w:t>57. ¿En qué se parecen el almacenamiento de un móvil y un SSD?</w:t>
      </w:r>
    </w:p>
    <w:p>
      <w:pPr>
        <w:keepNext/>
        <w:keepLines/>
        <w:spacing w:after="20"/>
        <w:ind w:left="230"/>
      </w:pPr>
      <w:r>
        <w:rPr>
          <w:b w:val="0"/>
        </w:rPr>
        <w:t>A) Realizan principalmente el procesamiento de los gráficos</w:t>
      </w:r>
    </w:p>
    <w:p>
      <w:pPr>
        <w:keepNext/>
        <w:keepLines/>
        <w:spacing w:after="20"/>
        <w:ind w:left="230"/>
      </w:pPr>
      <w:r>
        <w:rPr>
          <w:b w:val="0"/>
        </w:rPr>
        <w:t>B) Usan memoria no volátil para conservar datos sin alimentación</w:t>
      </w:r>
    </w:p>
    <w:p>
      <w:pPr>
        <w:keepNext/>
        <w:keepLines/>
        <w:spacing w:after="20"/>
        <w:ind w:left="230"/>
      </w:pPr>
      <w:r>
        <w:rPr>
          <w:b w:val="0"/>
        </w:rPr>
        <w:t>C) Necesitan platos magnéticos giratorios para guardar datos</w:t>
      </w:r>
    </w:p>
    <w:p>
      <w:pPr>
        <w:keepNext w:val="0"/>
        <w:keepLines/>
        <w:spacing w:after="180"/>
        <w:ind w:left="230"/>
      </w:pPr>
      <w:r>
        <w:rPr>
          <w:b w:val="0"/>
        </w:rPr>
        <w:t>D) Pierden todos sus archivos cuando se apaga el equipo</w:t>
      </w:r>
    </w:p>
    <w:p>
      <w:pPr>
        <w:keepNext/>
        <w:spacing w:after="60"/>
      </w:pPr>
      <w:r>
        <w:rPr>
          <w:b/>
        </w:rPr>
        <w:t>58. Un móvil pasa de 128 GB a 256 GB de almacenamiento. ¿Qué mejora queda asegurada por ese dato?</w:t>
      </w:r>
    </w:p>
    <w:p>
      <w:pPr>
        <w:keepNext/>
        <w:keepLines/>
        <w:spacing w:after="20"/>
        <w:ind w:left="230"/>
      </w:pPr>
      <w:r>
        <w:rPr>
          <w:b w:val="0"/>
        </w:rPr>
        <w:t>A) El doble de autonomía con el mismo uso</w:t>
      </w:r>
    </w:p>
    <w:p>
      <w:pPr>
        <w:keepNext/>
        <w:keepLines/>
        <w:spacing w:after="20"/>
        <w:ind w:left="230"/>
      </w:pPr>
      <w:r>
        <w:rPr>
          <w:b w:val="0"/>
        </w:rPr>
        <w:t>B) El doble de velocidad al abrir cualquier aplicación</w:t>
      </w:r>
    </w:p>
    <w:p>
      <w:pPr>
        <w:keepNext/>
        <w:keepLines/>
        <w:spacing w:after="20"/>
        <w:ind w:left="230"/>
      </w:pPr>
      <w:r>
        <w:rPr>
          <w:b w:val="0"/>
        </w:rPr>
        <w:t>C) El doble de aplicaciones simultáneas en RAM</w:t>
      </w:r>
    </w:p>
    <w:p>
      <w:pPr>
        <w:keepNext w:val="0"/>
        <w:keepLines/>
        <w:spacing w:after="180"/>
        <w:ind w:left="230"/>
      </w:pPr>
      <w:r>
        <w:rPr>
          <w:b w:val="0"/>
        </w:rPr>
        <w:t>D) Mayor capacidad nominal para guardar datos</w:t>
      </w:r>
    </w:p>
    <w:p>
      <w:pPr>
        <w:keepNext/>
        <w:spacing w:after="60"/>
      </w:pPr>
      <w:r>
        <w:rPr>
          <w:b/>
        </w:rPr>
        <w:t>59. Dos pantallas tienen la misma diagonal y diferente resolución. ¿Qué cambia directamente?</w:t>
      </w:r>
    </w:p>
    <w:p>
      <w:pPr>
        <w:keepNext/>
        <w:keepLines/>
        <w:spacing w:after="20"/>
        <w:ind w:left="230"/>
      </w:pPr>
      <w:r>
        <w:rPr>
          <w:b w:val="0"/>
        </w:rPr>
        <w:t>A) El tamaño físico de la diagonal</w:t>
      </w:r>
    </w:p>
    <w:p>
      <w:pPr>
        <w:keepNext/>
        <w:keepLines/>
        <w:spacing w:after="20"/>
        <w:ind w:left="230"/>
      </w:pPr>
      <w:r>
        <w:rPr>
          <w:b w:val="0"/>
        </w:rPr>
        <w:t>B) La capacidad nominal de la batería</w:t>
      </w:r>
    </w:p>
    <w:p>
      <w:pPr>
        <w:keepNext/>
        <w:keepLines/>
        <w:spacing w:after="20"/>
        <w:ind w:left="230"/>
      </w:pPr>
      <w:r>
        <w:rPr>
          <w:b w:val="0"/>
        </w:rPr>
        <w:t>C) El número de núcleos de la CPU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número de píxeles que forman la imagen</w:t>
      </w:r>
    </w:p>
    <w:p>
      <w:pPr>
        <w:keepNext/>
        <w:spacing w:after="60"/>
      </w:pPr>
      <w:r>
        <w:rPr>
          <w:b/>
        </w:rPr>
        <w:t>60. ¿Por qué una batería con más mAh no garantiza mayor autonomía entre móviles distintos?</w:t>
      </w:r>
    </w:p>
    <w:p>
      <w:pPr>
        <w:keepNext/>
        <w:keepLines/>
        <w:spacing w:after="20"/>
        <w:ind w:left="230"/>
      </w:pPr>
      <w:r>
        <w:rPr>
          <w:b w:val="0"/>
        </w:rPr>
        <w:t>A) La autonomía depende solo del sistema operativo instalado</w:t>
      </w:r>
    </w:p>
    <w:p>
      <w:pPr>
        <w:keepNext/>
        <w:keepLines/>
        <w:spacing w:after="20"/>
        <w:ind w:left="230"/>
      </w:pPr>
      <w:r>
        <w:rPr>
          <w:b w:val="0"/>
        </w:rPr>
        <w:t>B) Los mAh indican únicamente la resolución de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Las baterías con más mAh siempre gastan más rápido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autonomía también depende del consumo del dispositivo</w:t>
      </w:r>
    </w:p>
    <w:p>
      <w:pPr>
        <w:keepNext/>
        <w:spacing w:after="60"/>
      </w:pPr>
      <w:r>
        <w:rPr>
          <w:b/>
        </w:rPr>
        <w:t>61. ¿Por qué una batería puede perder capacidad con el tiempo?</w:t>
      </w:r>
    </w:p>
    <w:p>
      <w:pPr>
        <w:keepNext/>
        <w:keepLines/>
        <w:spacing w:after="20"/>
        <w:ind w:left="230"/>
      </w:pPr>
      <w:r>
        <w:rPr>
          <w:b w:val="0"/>
        </w:rPr>
        <w:t>A) Porque los píxeles reducen el tamaño físico del cargador</w:t>
      </w:r>
    </w:p>
    <w:p>
      <w:pPr>
        <w:keepNext/>
        <w:keepLines/>
        <w:spacing w:after="20"/>
        <w:ind w:left="230"/>
      </w:pPr>
      <w:r>
        <w:rPr>
          <w:b w:val="0"/>
        </w:rPr>
        <w:t>B) Porque el GPS borra parte de su almacenamiento</w:t>
      </w:r>
    </w:p>
    <w:p>
      <w:pPr>
        <w:keepNext/>
        <w:keepLines/>
        <w:spacing w:after="20"/>
        <w:ind w:left="230"/>
      </w:pPr>
      <w:r>
        <w:rPr>
          <w:b w:val="0"/>
        </w:rPr>
        <w:t>C) Porque la RAM transfiere sus datos a la batería</w:t>
      </w:r>
    </w:p>
    <w:p>
      <w:pPr>
        <w:keepNext w:val="0"/>
        <w:keepLines/>
        <w:spacing w:after="180"/>
        <w:ind w:left="230"/>
      </w:pPr>
      <w:r>
        <w:rPr>
          <w:b w:val="0"/>
        </w:rPr>
        <w:t>D) Por envejecimiento químico y ciclos de carga y descarga</w:t>
      </w:r>
    </w:p>
    <w:p>
      <w:pPr>
        <w:keepNext/>
        <w:spacing w:after="60"/>
      </w:pPr>
      <w:r>
        <w:rPr>
          <w:b/>
        </w:rPr>
        <w:t>62. ¿Qué conjunto puede aumentar el consumo del móvil?</w:t>
      </w:r>
    </w:p>
    <w:p>
      <w:pPr>
        <w:keepNext/>
        <w:keepLines/>
        <w:spacing w:after="20"/>
        <w:ind w:left="230"/>
      </w:pPr>
      <w:r>
        <w:rPr>
          <w:b w:val="0"/>
        </w:rPr>
        <w:t>A) Pantalla apagada, reposo y ausencia de actividad</w:t>
      </w:r>
    </w:p>
    <w:p>
      <w:pPr>
        <w:keepNext/>
        <w:keepLines/>
        <w:spacing w:after="20"/>
        <w:ind w:left="230"/>
      </w:pPr>
      <w:r>
        <w:rPr>
          <w:b w:val="0"/>
        </w:rPr>
        <w:t>B) Eliminar fotos, bajar el brillo y limitar el uso</w:t>
      </w:r>
    </w:p>
    <w:p>
      <w:pPr>
        <w:keepNext/>
        <w:keepLines/>
        <w:spacing w:after="20"/>
        <w:ind w:left="230"/>
      </w:pPr>
      <w:r>
        <w:rPr>
          <w:b w:val="0"/>
        </w:rPr>
        <w:t>C) Reducir la frecuencia de pantalla y cerrar un juego</w:t>
      </w:r>
    </w:p>
    <w:p>
      <w:pPr>
        <w:keepNext w:val="0"/>
        <w:keepLines/>
        <w:spacing w:after="180"/>
        <w:ind w:left="230"/>
      </w:pPr>
      <w:r>
        <w:rPr>
          <w:b w:val="0"/>
        </w:rPr>
        <w:t>D) Brillo alto, juegos exigentes y uso prolongado de navegación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40"/>
      </w:pPr>
      <w:r>
        <w:rPr>
          <w:b w:val="0"/>
        </w:rPr>
        <w:t>Preguntas 63 a 68   |   30 preguntas en este bloque</w:t>
      </w:r>
    </w:p>
    <w:p>
      <w:pPr>
        <w:keepNext/>
        <w:spacing w:after="60"/>
      </w:pPr>
      <w:r>
        <w:rPr>
          <w:b/>
        </w:rPr>
        <w:t>63. ¿Qué conclusión es correcta al comparar cámaras de 12 y 48 megapíxeles?</w:t>
      </w:r>
    </w:p>
    <w:p>
      <w:pPr>
        <w:keepNext/>
        <w:keepLines/>
        <w:spacing w:after="20"/>
        <w:ind w:left="230"/>
      </w:pPr>
      <w:r>
        <w:rPr>
          <w:b w:val="0"/>
        </w:rPr>
        <w:t>A) La de 48 siempre produce mejores fotos en cualquier situación</w:t>
      </w:r>
    </w:p>
    <w:p>
      <w:pPr>
        <w:keepNext/>
        <w:keepLines/>
        <w:spacing w:after="20"/>
        <w:ind w:left="230"/>
      </w:pPr>
      <w:r>
        <w:rPr>
          <w:b w:val="0"/>
        </w:rPr>
        <w:t>B) La de 12 siempre produce archivos cuatro veces más grandes</w:t>
      </w:r>
    </w:p>
    <w:p>
      <w:pPr>
        <w:keepNext/>
        <w:keepLines/>
        <w:spacing w:after="20"/>
        <w:ind w:left="230"/>
      </w:pPr>
      <w:r>
        <w:rPr>
          <w:b w:val="0"/>
        </w:rPr>
        <w:t>C) Los megapíxeles por sí solos no determinan la calidad</w:t>
      </w:r>
    </w:p>
    <w:p>
      <w:pPr>
        <w:keepNext w:val="0"/>
        <w:keepLines/>
        <w:spacing w:after="180"/>
        <w:ind w:left="230"/>
      </w:pPr>
      <w:r>
        <w:rPr>
          <w:b w:val="0"/>
        </w:rPr>
        <w:t>D) Ambas producen necesariamente idénticas fotografías</w:t>
      </w:r>
    </w:p>
    <w:p>
      <w:pPr>
        <w:keepNext/>
        <w:spacing w:after="60"/>
      </w:pPr>
      <w:r>
        <w:rPr>
          <w:b/>
        </w:rPr>
        <w:t>64. ¿Qué conjunto influye en la calidad de una fotografía además de los megapíxeles?</w:t>
      </w:r>
    </w:p>
    <w:p>
      <w:pPr>
        <w:keepNext/>
        <w:keepLines/>
        <w:spacing w:after="20"/>
        <w:ind w:left="230"/>
      </w:pPr>
      <w:r>
        <w:rPr>
          <w:b w:val="0"/>
        </w:rPr>
        <w:t>A) Capacidad de la SIM, NFC y tamaño del altavoz</w:t>
      </w:r>
    </w:p>
    <w:p>
      <w:pPr>
        <w:keepNext/>
        <w:keepLines/>
        <w:spacing w:after="20"/>
        <w:ind w:left="230"/>
      </w:pPr>
      <w:r>
        <w:rPr>
          <w:b w:val="0"/>
        </w:rPr>
        <w:t>B) Óptica, sensor, luz y procesamiento</w:t>
      </w:r>
    </w:p>
    <w:p>
      <w:pPr>
        <w:keepNext/>
        <w:keepLines/>
        <w:spacing w:after="20"/>
        <w:ind w:left="230"/>
      </w:pPr>
      <w:r>
        <w:rPr>
          <w:b w:val="0"/>
        </w:rPr>
        <w:t>C) Puerto de carga, GPS y nombre del operador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Número de contactos, Bluetooth y memoria de la agenda</w:t>
      </w:r>
    </w:p>
    <w:p>
      <w:pPr>
        <w:keepNext/>
        <w:spacing w:after="60"/>
      </w:pPr>
      <w:r>
        <w:rPr>
          <w:b/>
        </w:rPr>
        <w:t>65. ¿Qué comparación entre Wi-Fi y Bluetooth es adecuada?</w:t>
      </w:r>
    </w:p>
    <w:p>
      <w:pPr>
        <w:keepNext/>
        <w:keepLines/>
        <w:spacing w:after="20"/>
        <w:ind w:left="230"/>
      </w:pPr>
      <w:r>
        <w:rPr>
          <w:b w:val="0"/>
        </w:rPr>
        <w:t>A) Ambos son nombres del mismo servicio de la red móvil</w:t>
      </w:r>
    </w:p>
    <w:p>
      <w:pPr>
        <w:keepNext/>
        <w:keepLines/>
        <w:spacing w:after="20"/>
        <w:ind w:left="230"/>
      </w:pPr>
      <w:r>
        <w:rPr>
          <w:b w:val="0"/>
        </w:rPr>
        <w:t>B) Wi-Fi necesita siempre cable y Bluetooth necesita tarjeta SIM</w:t>
      </w:r>
    </w:p>
    <w:p>
      <w:pPr>
        <w:keepNext/>
        <w:keepLines/>
        <w:spacing w:after="20"/>
        <w:ind w:left="230"/>
      </w:pPr>
      <w:r>
        <w:rPr>
          <w:b w:val="0"/>
        </w:rPr>
        <w:t>C) Wi-Fi suele conectar a redes y Bluetooth suele enlazar dispositivos próximos</w:t>
      </w:r>
    </w:p>
    <w:p>
      <w:pPr>
        <w:keepNext w:val="0"/>
        <w:keepLines/>
        <w:spacing w:after="180"/>
        <w:ind w:left="230"/>
      </w:pPr>
      <w:r>
        <w:rPr>
          <w:b w:val="0"/>
        </w:rPr>
        <w:t>D) Wi-Fi sirve solo para sonido y Bluetooth solo para páginas web</w:t>
      </w:r>
    </w:p>
    <w:p>
      <w:pPr>
        <w:keepNext/>
        <w:spacing w:after="60"/>
      </w:pPr>
      <w:r>
        <w:rPr>
          <w:b/>
        </w:rPr>
        <w:t>66. Con RAM escasa, varias aplicaciones vuelven a cargar al alternar entre ellas. ¿Qué mejora ayudaría, con lo demás comparable?</w:t>
      </w:r>
    </w:p>
    <w:p>
      <w:pPr>
        <w:keepNext/>
        <w:keepLines/>
        <w:spacing w:after="20"/>
        <w:ind w:left="230"/>
      </w:pPr>
      <w:r>
        <w:rPr>
          <w:b w:val="0"/>
        </w:rPr>
        <w:t>A) Disponer de más megapíxeles</w:t>
      </w:r>
    </w:p>
    <w:p>
      <w:pPr>
        <w:keepNext/>
        <w:keepLines/>
        <w:spacing w:after="20"/>
        <w:ind w:left="230"/>
      </w:pPr>
      <w:r>
        <w:rPr>
          <w:b w:val="0"/>
        </w:rPr>
        <w:t>B) Disponer de un flash más luminoso</w:t>
      </w:r>
    </w:p>
    <w:p>
      <w:pPr>
        <w:keepNext/>
        <w:keepLines/>
        <w:spacing w:after="20"/>
        <w:ind w:left="230"/>
      </w:pPr>
      <w:r>
        <w:rPr>
          <w:b w:val="0"/>
        </w:rPr>
        <w:t>C) Disponer de más RAM</w:t>
      </w:r>
    </w:p>
    <w:p>
      <w:pPr>
        <w:keepNext w:val="0"/>
        <w:keepLines/>
        <w:spacing w:after="180"/>
        <w:ind w:left="230"/>
      </w:pPr>
      <w:r>
        <w:rPr>
          <w:b w:val="0"/>
        </w:rPr>
        <w:t>D) Disponer de una SIM de mayor tamaño</w:t>
      </w:r>
    </w:p>
    <w:p>
      <w:pPr>
        <w:keepNext/>
        <w:spacing w:after="60"/>
      </w:pPr>
      <w:r>
        <w:rPr>
          <w:b/>
        </w:rPr>
        <w:t>67. El móvil no permite guardar un vídeo por falta de espacio. ¿Qué acción resuelve directamente ese problema?</w:t>
      </w:r>
    </w:p>
    <w:p>
      <w:pPr>
        <w:keepNext/>
        <w:keepLines/>
        <w:spacing w:after="20"/>
        <w:ind w:left="230"/>
      </w:pPr>
      <w:r>
        <w:rPr>
          <w:b w:val="0"/>
        </w:rPr>
        <w:t>A) Activar Bluetooth para convertirlo en memoria</w:t>
      </w:r>
    </w:p>
    <w:p>
      <w:pPr>
        <w:keepNext/>
        <w:keepLines/>
        <w:spacing w:after="20"/>
        <w:ind w:left="230"/>
      </w:pPr>
      <w:r>
        <w:rPr>
          <w:b w:val="0"/>
        </w:rPr>
        <w:t>B) Cambiar la frecuencia de actualización de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Liberar almacenamiento o ampliarlo si el modelo lo permite</w:t>
      </w:r>
    </w:p>
    <w:p>
      <w:pPr>
        <w:keepNext w:val="0"/>
        <w:keepLines/>
        <w:spacing w:after="180"/>
        <w:ind w:left="230"/>
      </w:pPr>
      <w:r>
        <w:rPr>
          <w:b w:val="0"/>
        </w:rPr>
        <w:t>D) Aumentar el brillo para que se guarde más rápido</w:t>
      </w:r>
    </w:p>
    <w:p>
      <w:pPr>
        <w:keepNext/>
        <w:spacing w:after="60"/>
      </w:pPr>
      <w:r>
        <w:rPr>
          <w:b/>
        </w:rPr>
        <w:t>68. ¿Qué ocurre necesariamente al ampliar el almacenamiento compatible de un móvil?</w:t>
      </w:r>
    </w:p>
    <w:p>
      <w:pPr>
        <w:keepNext/>
        <w:keepLines/>
        <w:spacing w:after="20"/>
        <w:ind w:left="230"/>
      </w:pPr>
      <w:r>
        <w:rPr>
          <w:b w:val="0"/>
        </w:rPr>
        <w:t>A) Aumenta la frecuencia de actualización de su pantalla</w:t>
      </w:r>
    </w:p>
    <w:p>
      <w:pPr>
        <w:keepNext/>
        <w:keepLines/>
        <w:spacing w:after="20"/>
        <w:ind w:left="230"/>
      </w:pPr>
      <w:r>
        <w:rPr>
          <w:b w:val="0"/>
        </w:rPr>
        <w:t>B) Aumenta el número de núcleos de su procesador</w:t>
      </w:r>
    </w:p>
    <w:p>
      <w:pPr>
        <w:keepNext/>
        <w:keepLines/>
        <w:spacing w:after="20"/>
        <w:ind w:left="230"/>
      </w:pPr>
      <w:r>
        <w:rPr>
          <w:b w:val="0"/>
        </w:rPr>
        <w:t>C) Aumenta en la misma cantidad su memoria RAM</w:t>
      </w:r>
    </w:p>
    <w:p>
      <w:pPr>
        <w:keepNext w:val="0"/>
        <w:keepLines/>
        <w:spacing w:after="180"/>
        <w:ind w:left="230"/>
      </w:pPr>
      <w:r>
        <w:rPr>
          <w:b w:val="0"/>
        </w:rPr>
        <w:t>D) Aumenta el espacio para archivos, sin aumentar por ello la RAM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40"/>
      </w:pPr>
      <w:r>
        <w:rPr>
          <w:b w:val="0"/>
        </w:rPr>
        <w:t>Preguntas 69 a 74   |   30 preguntas en este bloque</w:t>
      </w:r>
    </w:p>
    <w:p>
      <w:pPr>
        <w:keepNext/>
        <w:spacing w:after="60"/>
      </w:pPr>
      <w:r>
        <w:rPr>
          <w:b/>
        </w:rPr>
        <w:t>69. ¿Por qué una pantalla grande puede consumir más batería?</w:t>
      </w:r>
    </w:p>
    <w:p>
      <w:pPr>
        <w:keepNext/>
        <w:keepLines/>
        <w:spacing w:after="20"/>
        <w:ind w:left="230"/>
      </w:pPr>
      <w:r>
        <w:rPr>
          <w:b w:val="0"/>
        </w:rPr>
        <w:t>A) Su tamaño convierte automáticamente la RAM en almacenamiento</w:t>
      </w:r>
    </w:p>
    <w:p>
      <w:pPr>
        <w:keepNext/>
        <w:keepLines/>
        <w:spacing w:after="20"/>
        <w:ind w:left="230"/>
      </w:pPr>
      <w:r>
        <w:rPr>
          <w:b w:val="0"/>
        </w:rPr>
        <w:t>B) La superficie iluminada y sus condiciones de uso pueden aumentar el consumo</w:t>
      </w:r>
    </w:p>
    <w:p>
      <w:pPr>
        <w:keepNext/>
        <w:keepLines/>
        <w:spacing w:after="20"/>
        <w:ind w:left="230"/>
      </w:pPr>
      <w:r>
        <w:rPr>
          <w:b w:val="0"/>
        </w:rPr>
        <w:t>C) Su diagonal determina por sí sola el consumo de todo el móvil</w:t>
      </w:r>
    </w:p>
    <w:p>
      <w:pPr>
        <w:keepNext w:val="0"/>
        <w:keepLines/>
        <w:spacing w:after="180"/>
        <w:ind w:left="230"/>
      </w:pPr>
      <w:r>
        <w:rPr>
          <w:b w:val="0"/>
        </w:rPr>
        <w:t>D) Sus píxeles eliminan permanentemente capacidad de la batería</w:t>
      </w:r>
    </w:p>
    <w:p>
      <w:pPr>
        <w:keepNext/>
        <w:spacing w:after="60"/>
      </w:pPr>
      <w:r>
        <w:rPr>
          <w:b/>
        </w:rPr>
        <w:t>70. ¿Por qué un videojuego exigente suele consumir bastante energía?</w:t>
      </w:r>
    </w:p>
    <w:p>
      <w:pPr>
        <w:keepNext/>
        <w:keepLines/>
        <w:spacing w:after="20"/>
        <w:ind w:left="230"/>
      </w:pPr>
      <w:r>
        <w:rPr>
          <w:b w:val="0"/>
        </w:rPr>
        <w:t>A) CPU, GPU y pantalla realizan trabajo intenso</w:t>
      </w:r>
    </w:p>
    <w:p>
      <w:pPr>
        <w:keepNext/>
        <w:keepLines/>
        <w:spacing w:after="20"/>
        <w:ind w:left="230"/>
      </w:pPr>
      <w:r>
        <w:rPr>
          <w:b w:val="0"/>
        </w:rPr>
        <w:t>B) El micrófono genera por sí solo todos los escenarios</w:t>
      </w:r>
    </w:p>
    <w:p>
      <w:pPr>
        <w:keepNext/>
        <w:keepLines/>
        <w:spacing w:after="20"/>
        <w:ind w:left="230"/>
      </w:pPr>
      <w:r>
        <w:rPr>
          <w:b w:val="0"/>
        </w:rPr>
        <w:t>C) La SIM debe almacenar todos los gráficos del juego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almacenamiento reemplaza automáticamente a la batería</w:t>
      </w:r>
    </w:p>
    <w:p>
      <w:pPr>
        <w:keepNext/>
        <w:spacing w:after="60"/>
      </w:pPr>
      <w:r>
        <w:rPr>
          <w:b/>
        </w:rPr>
        <w:t>71. ¿Qué funciones de periféricos puede asumir parcialmente una pantalla táctil?</w:t>
      </w:r>
    </w:p>
    <w:p>
      <w:pPr>
        <w:keepNext/>
        <w:keepLines/>
        <w:spacing w:after="20"/>
        <w:ind w:left="230"/>
      </w:pPr>
      <w:r>
        <w:rPr>
          <w:b w:val="0"/>
        </w:rPr>
        <w:t>A) Mostrar información y permitir pulsar o escribir, como monitor, ratón y teclado</w:t>
      </w:r>
    </w:p>
    <w:p>
      <w:pPr>
        <w:keepNext/>
        <w:keepLines/>
        <w:spacing w:after="20"/>
        <w:ind w:left="230"/>
      </w:pPr>
      <w:r>
        <w:rPr>
          <w:b w:val="0"/>
        </w:rPr>
        <w:t>B) Almacenar energía y transformar corriente, como batería y fuente</w:t>
      </w:r>
    </w:p>
    <w:p>
      <w:pPr>
        <w:keepNext/>
        <w:keepLines/>
        <w:spacing w:after="20"/>
        <w:ind w:left="230"/>
      </w:pPr>
      <w:r>
        <w:rPr>
          <w:b w:val="0"/>
        </w:rPr>
        <w:t>C) Captar y emitir sonido, como micrófono y altavoces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Imprimir documentos y escanear hojas, como impresora y escáner</w:t>
      </w:r>
    </w:p>
    <w:p>
      <w:pPr>
        <w:keepNext/>
        <w:spacing w:after="60"/>
      </w:pPr>
      <w:r>
        <w:rPr>
          <w:b/>
        </w:rPr>
        <w:t>72. ¿Qué ventaja puede tener una frecuencia de actualización alta?</w:t>
      </w:r>
    </w:p>
    <w:p>
      <w:pPr>
        <w:keepNext/>
        <w:keepLines/>
        <w:spacing w:after="20"/>
        <w:ind w:left="230"/>
      </w:pPr>
      <w:r>
        <w:rPr>
          <w:b w:val="0"/>
        </w:rPr>
        <w:t>A) Garantizar el doble de velocidad de todas las aplicaciones</w:t>
      </w:r>
    </w:p>
    <w:p>
      <w:pPr>
        <w:keepNext/>
        <w:keepLines/>
        <w:spacing w:after="20"/>
        <w:ind w:left="230"/>
      </w:pPr>
      <w:r>
        <w:rPr>
          <w:b w:val="0"/>
        </w:rPr>
        <w:t>B) Aumentar necesariamente los megapíxeles de la cámara</w:t>
      </w:r>
    </w:p>
    <w:p>
      <w:pPr>
        <w:keepNext/>
        <w:keepLines/>
        <w:spacing w:after="20"/>
        <w:ind w:left="230"/>
      </w:pPr>
      <w:r>
        <w:rPr>
          <w:b w:val="0"/>
        </w:rPr>
        <w:t>C) Mostrar movimientos e interacciones con mayor fluidez</w:t>
      </w:r>
    </w:p>
    <w:p>
      <w:pPr>
        <w:keepNext w:val="0"/>
        <w:keepLines/>
        <w:spacing w:after="180"/>
        <w:ind w:left="230"/>
      </w:pPr>
      <w:r>
        <w:rPr>
          <w:b w:val="0"/>
        </w:rPr>
        <w:t>D) Aumentar automáticamente el espacio para archivos</w:t>
      </w:r>
    </w:p>
    <w:p>
      <w:pPr>
        <w:keepNext/>
        <w:spacing w:after="60"/>
      </w:pPr>
      <w:r>
        <w:rPr>
          <w:b/>
        </w:rPr>
        <w:t>73. ¿Qué posible coste tiene utilizar una frecuencia de pantalla más alta?</w:t>
      </w:r>
    </w:p>
    <w:p>
      <w:pPr>
        <w:keepNext/>
        <w:keepLines/>
        <w:spacing w:after="20"/>
        <w:ind w:left="230"/>
      </w:pPr>
      <w:r>
        <w:rPr>
          <w:b w:val="0"/>
        </w:rPr>
        <w:t>A) Borra parte de las fotografías almacenadas</w:t>
      </w:r>
    </w:p>
    <w:p>
      <w:pPr>
        <w:keepNext/>
        <w:keepLines/>
        <w:spacing w:after="20"/>
        <w:ind w:left="230"/>
      </w:pPr>
      <w:r>
        <w:rPr>
          <w:b w:val="0"/>
        </w:rPr>
        <w:t>B) Reduce físicamente la diagonal de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Puede aumentar el consumo de energía</w:t>
      </w:r>
    </w:p>
    <w:p>
      <w:pPr>
        <w:keepNext w:val="0"/>
        <w:keepLines/>
        <w:spacing w:after="180"/>
        <w:ind w:left="230"/>
      </w:pPr>
      <w:r>
        <w:rPr>
          <w:b w:val="0"/>
        </w:rPr>
        <w:t>D) Desactiva necesariamente las conexiones inalámbricas</w:t>
      </w:r>
    </w:p>
    <w:p>
      <w:pPr>
        <w:keepNext/>
        <w:spacing w:after="60"/>
      </w:pPr>
      <w:r>
        <w:rPr>
          <w:b/>
        </w:rPr>
        <w:t>74. Para conectar auriculares al móvil sin cable, ¿qué tecnología suele ser la más adecuada?</w:t>
      </w:r>
    </w:p>
    <w:p>
      <w:pPr>
        <w:keepNext/>
        <w:keepLines/>
        <w:spacing w:after="20"/>
        <w:ind w:left="230"/>
      </w:pPr>
      <w:r>
        <w:rPr>
          <w:b w:val="0"/>
        </w:rPr>
        <w:t>A) Bluetooth</w:t>
      </w:r>
    </w:p>
    <w:p>
      <w:pPr>
        <w:keepNext/>
        <w:keepLines/>
        <w:spacing w:after="20"/>
        <w:ind w:left="230"/>
      </w:pPr>
      <w:r>
        <w:rPr>
          <w:b w:val="0"/>
        </w:rPr>
        <w:t>B) 4G como enlace directo con los auriculares</w:t>
      </w:r>
    </w:p>
    <w:p>
      <w:pPr>
        <w:keepNext/>
        <w:keepLines/>
        <w:spacing w:after="20"/>
        <w:ind w:left="230"/>
      </w:pPr>
      <w:r>
        <w:rPr>
          <w:b w:val="0"/>
        </w:rPr>
        <w:t>C) GPS</w:t>
      </w:r>
    </w:p>
    <w:p>
      <w:pPr>
        <w:keepNext w:val="0"/>
        <w:keepLines/>
        <w:spacing w:after="180"/>
        <w:ind w:left="230"/>
      </w:pPr>
      <w:r>
        <w:rPr>
          <w:b w:val="0"/>
        </w:rPr>
        <w:t>D) NFC para transmitir todo el audio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40"/>
      </w:pPr>
      <w:r>
        <w:rPr>
          <w:b w:val="0"/>
        </w:rPr>
        <w:t>Preguntas 75 a 80   |   30 preguntas en este bloque</w:t>
      </w:r>
    </w:p>
    <w:p>
      <w:pPr>
        <w:keepNext/>
        <w:spacing w:after="60"/>
      </w:pPr>
      <w:r>
        <w:rPr>
          <w:b/>
        </w:rPr>
        <w:t>75. ¿Qué elementos permiten físicamente al móvil conectarse a Wi-Fi?</w:t>
      </w:r>
    </w:p>
    <w:p>
      <w:pPr>
        <w:keepNext/>
        <w:keepLines/>
        <w:spacing w:after="20"/>
        <w:ind w:left="230"/>
      </w:pPr>
      <w:r>
        <w:rPr>
          <w:b w:val="0"/>
        </w:rPr>
        <w:t>A) Circuitos de radio Wi-Fi y antena</w:t>
      </w:r>
    </w:p>
    <w:p>
      <w:pPr>
        <w:keepNext/>
        <w:keepLines/>
        <w:spacing w:after="20"/>
        <w:ind w:left="230"/>
      </w:pPr>
      <w:r>
        <w:rPr>
          <w:b w:val="0"/>
        </w:rPr>
        <w:t>B) Sensor de proximidad y lector de huellas</w:t>
      </w:r>
    </w:p>
    <w:p>
      <w:pPr>
        <w:keepNext/>
        <w:keepLines/>
        <w:spacing w:after="20"/>
        <w:ind w:left="230"/>
      </w:pPr>
      <w:r>
        <w:rPr>
          <w:b w:val="0"/>
        </w:rPr>
        <w:t>C) Tarjeta microSD y puerto de audio</w:t>
      </w:r>
    </w:p>
    <w:p>
      <w:pPr>
        <w:keepNext w:val="0"/>
        <w:keepLines/>
        <w:spacing w:after="180"/>
        <w:ind w:left="230"/>
      </w:pPr>
      <w:r>
        <w:rPr>
          <w:b w:val="0"/>
        </w:rPr>
        <w:t>D) Flash y sensor de luz ambiental</w:t>
      </w:r>
    </w:p>
    <w:p>
      <w:pPr>
        <w:keepNext/>
        <w:spacing w:after="60"/>
      </w:pPr>
      <w:r>
        <w:rPr>
          <w:b/>
        </w:rPr>
        <w:t>76. ¿Qué función principal cumple la SIM?</w:t>
      </w:r>
    </w:p>
    <w:p>
      <w:pPr>
        <w:keepNext/>
        <w:keepLines/>
        <w:spacing w:after="20"/>
        <w:ind w:left="230"/>
      </w:pPr>
      <w:r>
        <w:rPr>
          <w:b w:val="0"/>
        </w:rPr>
        <w:t>A) Aumentar la velocidad de la GPU</w:t>
      </w:r>
    </w:p>
    <w:p>
      <w:pPr>
        <w:keepNext/>
        <w:keepLines/>
        <w:spacing w:after="20"/>
        <w:ind w:left="230"/>
      </w:pPr>
      <w:r>
        <w:rPr>
          <w:b w:val="0"/>
        </w:rPr>
        <w:t>B) Generar la señal de los satélites GPS</w:t>
      </w:r>
    </w:p>
    <w:p>
      <w:pPr>
        <w:keepNext/>
        <w:keepLines/>
        <w:spacing w:after="20"/>
        <w:ind w:left="230"/>
      </w:pPr>
      <w:r>
        <w:rPr>
          <w:b w:val="0"/>
        </w:rPr>
        <w:t>C) Guardar obligatoriamente todas las aplicaciones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Identificar y autenticar al abonado ante el operador móvil</w:t>
      </w:r>
    </w:p>
    <w:p>
      <w:pPr>
        <w:keepNext/>
        <w:spacing w:after="60"/>
      </w:pPr>
      <w:r>
        <w:rPr>
          <w:b/>
        </w:rPr>
        <w:t>77. ¿Qué diferencia al giroscopio del acelerómetro?</w:t>
      </w:r>
    </w:p>
    <w:p>
      <w:pPr>
        <w:keepNext/>
        <w:keepLines/>
        <w:spacing w:after="20"/>
        <w:ind w:left="230"/>
      </w:pPr>
      <w:r>
        <w:rPr>
          <w:b w:val="0"/>
        </w:rPr>
        <w:t>A) El giroscopio mide giro y el acelerómetro mide aceleración</w:t>
      </w:r>
    </w:p>
    <w:p>
      <w:pPr>
        <w:keepNext/>
        <w:keepLines/>
        <w:spacing w:after="20"/>
        <w:ind w:left="230"/>
      </w:pPr>
      <w:r>
        <w:rPr>
          <w:b w:val="0"/>
        </w:rPr>
        <w:t>B) El giroscopio conecta a Wi-Fi y el acelerómetro conecta a 5G</w:t>
      </w:r>
    </w:p>
    <w:p>
      <w:pPr>
        <w:keepNext/>
        <w:keepLines/>
        <w:spacing w:after="20"/>
        <w:ind w:left="230"/>
      </w:pPr>
      <w:r>
        <w:rPr>
          <w:b w:val="0"/>
        </w:rPr>
        <w:t>C) El giroscopio mide luz y el acelerómetro mide sonido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giroscopio guarda datos y el acelerómetro ejecuta instrucciones</w:t>
      </w:r>
    </w:p>
    <w:p>
      <w:pPr>
        <w:keepNext/>
        <w:spacing w:after="60"/>
      </w:pPr>
      <w:r>
        <w:rPr>
          <w:b/>
        </w:rPr>
        <w:t>78. Durante una llamada se apaga la pantalla al acercarla a la cara. ¿Qué explicación es correcta?</w:t>
      </w:r>
    </w:p>
    <w:p>
      <w:pPr>
        <w:keepNext/>
        <w:keepLines/>
        <w:spacing w:after="20"/>
        <w:ind w:left="230"/>
      </w:pPr>
      <w:r>
        <w:rPr>
          <w:b w:val="0"/>
        </w:rPr>
        <w:t>A) La batería deja de suministrar energía a todo el móvil</w:t>
      </w:r>
    </w:p>
    <w:p>
      <w:pPr>
        <w:keepNext/>
        <w:keepLines/>
        <w:spacing w:after="20"/>
        <w:ind w:left="230"/>
      </w:pPr>
      <w:r>
        <w:rPr>
          <w:b w:val="0"/>
        </w:rPr>
        <w:t>B) La cámara guarda la llamada y desconecta la RAM</w:t>
      </w:r>
    </w:p>
    <w:p>
      <w:pPr>
        <w:keepNext/>
        <w:keepLines/>
        <w:spacing w:after="20"/>
        <w:ind w:left="230"/>
      </w:pPr>
      <w:r>
        <w:rPr>
          <w:b w:val="0"/>
        </w:rPr>
        <w:t>C) El sistema actúa al recibir información del sensor de proximidad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GPS detecta la dirección de la mirada del usuario</w:t>
      </w:r>
    </w:p>
    <w:p>
      <w:pPr>
        <w:keepNext/>
        <w:spacing w:after="60"/>
      </w:pPr>
      <w:r>
        <w:rPr>
          <w:b/>
        </w:rPr>
        <w:t>79. ¿En qué se parecen Android y Windows?</w:t>
      </w:r>
    </w:p>
    <w:p>
      <w:pPr>
        <w:keepNext/>
        <w:keepLines/>
        <w:spacing w:after="20"/>
        <w:ind w:left="230"/>
      </w:pPr>
      <w:r>
        <w:rPr>
          <w:b w:val="0"/>
        </w:rPr>
        <w:t>A) Son conectores empleados para cargar baterías</w:t>
      </w:r>
    </w:p>
    <w:p>
      <w:pPr>
        <w:keepNext/>
        <w:keepLines/>
        <w:spacing w:after="20"/>
        <w:ind w:left="230"/>
      </w:pPr>
      <w:r>
        <w:rPr>
          <w:b w:val="0"/>
        </w:rPr>
        <w:t>B) Son procesadores físicos con varios núcleos</w:t>
      </w:r>
    </w:p>
    <w:p>
      <w:pPr>
        <w:keepNext/>
        <w:keepLines/>
        <w:spacing w:after="20"/>
        <w:ind w:left="230"/>
      </w:pPr>
      <w:r>
        <w:rPr>
          <w:b w:val="0"/>
        </w:rPr>
        <w:t>C) Son servicios que funcionan únicamente con GPS</w:t>
      </w:r>
    </w:p>
    <w:p>
      <w:pPr>
        <w:keepNext w:val="0"/>
        <w:keepLines/>
        <w:spacing w:after="180"/>
        <w:ind w:left="230"/>
      </w:pPr>
      <w:r>
        <w:rPr>
          <w:b w:val="0"/>
        </w:rPr>
        <w:t>D) Gestionan recursos del equipo y permiten ejecutar aplicaciones compatibles</w:t>
      </w:r>
    </w:p>
    <w:p>
      <w:pPr>
        <w:keepNext/>
        <w:spacing w:after="60"/>
      </w:pPr>
      <w:r>
        <w:rPr>
          <w:b/>
        </w:rPr>
        <w:t>80. ¿Qué relación suele existir entre una aplicación y el sistema operativo?</w:t>
      </w:r>
    </w:p>
    <w:p>
      <w:pPr>
        <w:keepNext/>
        <w:keepLines/>
        <w:spacing w:after="20"/>
        <w:ind w:left="230"/>
      </w:pPr>
      <w:r>
        <w:rPr>
          <w:b w:val="0"/>
        </w:rPr>
        <w:t>A) La aplicación funciona siempre igual en cualquier sistema sin adaptación</w:t>
      </w:r>
    </w:p>
    <w:p>
      <w:pPr>
        <w:keepNext/>
        <w:keepLines/>
        <w:spacing w:after="20"/>
        <w:ind w:left="230"/>
      </w:pPr>
      <w:r>
        <w:rPr>
          <w:b w:val="0"/>
        </w:rPr>
        <w:t>B) La aplicación utiliza servicios del sistema para acceder a recursos</w:t>
      </w:r>
    </w:p>
    <w:p>
      <w:pPr>
        <w:keepNext/>
        <w:keepLines/>
        <w:spacing w:after="20"/>
        <w:ind w:left="230"/>
      </w:pPr>
      <w:r>
        <w:rPr>
          <w:b w:val="0"/>
        </w:rPr>
        <w:t>C) La aplicación convierte el sensor de luz en memoria RAM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aplicación sustituye físicamente la placa base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40"/>
      </w:pPr>
      <w:r>
        <w:rPr>
          <w:b w:val="0"/>
        </w:rPr>
        <w:t>Preguntas 81 a 86   |   20 preguntas en este bloque</w:t>
      </w:r>
    </w:p>
    <w:p>
      <w:pPr>
        <w:keepNext/>
        <w:spacing w:after="60"/>
      </w:pPr>
      <w:r>
        <w:rPr>
          <w:b/>
        </w:rPr>
        <w:t>81. Móvil X tiene 8 GB de RAM y 128 GB de almacenamiento; Y tiene 4 GB y 256 GB. Con lo demás comparable, ¿qué elección es razonable?</w:t>
      </w:r>
    </w:p>
    <w:p>
      <w:pPr>
        <w:keepNext/>
        <w:keepLines/>
        <w:spacing w:after="20"/>
        <w:ind w:left="230"/>
      </w:pPr>
      <w:r>
        <w:rPr>
          <w:b w:val="0"/>
        </w:rPr>
        <w:t>A) Y para ambas tareas, porque sus 256 GB compensan cualquier falta de RAM</w:t>
      </w:r>
    </w:p>
    <w:p>
      <w:pPr>
        <w:keepNext/>
        <w:keepLines/>
        <w:spacing w:after="20"/>
        <w:ind w:left="230"/>
      </w:pPr>
      <w:r>
        <w:rPr>
          <w:b w:val="0"/>
        </w:rPr>
        <w:t>B) X para mantener más apps en memoria; Y para guardar más vídeos</w:t>
      </w:r>
    </w:p>
    <w:p>
      <w:pPr>
        <w:keepNext/>
        <w:keepLines/>
        <w:spacing w:after="20"/>
        <w:ind w:left="230"/>
      </w:pPr>
      <w:r>
        <w:rPr>
          <w:b w:val="0"/>
        </w:rPr>
        <w:t>C) X para guardar más vídeos; Y para mantener más apps en memoria</w:t>
      </w:r>
    </w:p>
    <w:p>
      <w:pPr>
        <w:keepNext w:val="0"/>
        <w:keepLines/>
        <w:spacing w:after="180"/>
        <w:ind w:left="230"/>
      </w:pPr>
      <w:r>
        <w:rPr>
          <w:b w:val="0"/>
        </w:rPr>
        <w:t>D) X para ambas tareas, porque sus 8 GB de RAM se suman al almacenamiento</w:t>
      </w:r>
    </w:p>
    <w:p>
      <w:pPr>
        <w:keepNext/>
        <w:spacing w:after="60"/>
      </w:pPr>
      <w:r>
        <w:rPr>
          <w:b/>
        </w:rPr>
        <w:t>82. ¿Qué recorrido resume correctamente hacer y guardar una foto?</w:t>
      </w:r>
    </w:p>
    <w:p>
      <w:pPr>
        <w:keepNext/>
        <w:keepLines/>
        <w:spacing w:after="20"/>
        <w:ind w:left="230"/>
      </w:pPr>
      <w:r>
        <w:rPr>
          <w:b w:val="0"/>
        </w:rPr>
        <w:t>A) Luz al sensor, archivo permanente en RAM y copia temporal en almacenamiento</w:t>
      </w:r>
    </w:p>
    <w:p>
      <w:pPr>
        <w:keepNext/>
        <w:keepLines/>
        <w:spacing w:after="20"/>
        <w:ind w:left="230"/>
      </w:pPr>
      <w:r>
        <w:rPr>
          <w:b w:val="0"/>
        </w:rPr>
        <w:t>B) Luz al sensor, procesamiento en GPU exclusivamente y archivo permanente en RAM</w:t>
      </w:r>
    </w:p>
    <w:p>
      <w:pPr>
        <w:keepNext/>
        <w:keepLines/>
        <w:spacing w:after="20"/>
        <w:ind w:left="230"/>
      </w:pPr>
      <w:r>
        <w:rPr>
          <w:b w:val="0"/>
        </w:rPr>
        <w:t>C) Luz al sensor, procesamiento, datos temporales y archivo en almacenamiento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Luz al sensor, archivo sin procesamiento y presentación por la pantalla</w:t>
      </w:r>
    </w:p>
    <w:p>
      <w:pPr>
        <w:keepNext/>
        <w:spacing w:after="60"/>
      </w:pPr>
      <w:r>
        <w:rPr>
          <w:b/>
        </w:rPr>
        <w:t>83. Una foto mejora al reducir ruido y ajustar colores tras captarla. ¿Qué función explica esa mejora?</w:t>
      </w:r>
    </w:p>
    <w:p>
      <w:pPr>
        <w:keepNext/>
        <w:keepLines/>
        <w:spacing w:after="20"/>
        <w:ind w:left="230"/>
      </w:pPr>
      <w:r>
        <w:rPr>
          <w:b w:val="0"/>
        </w:rPr>
        <w:t>A) El procesamiento garantiza recuperar cualquier detalle que el sensor no captó</w:t>
      </w:r>
    </w:p>
    <w:p>
      <w:pPr>
        <w:keepNext/>
        <w:keepLines/>
        <w:spacing w:after="20"/>
        <w:ind w:left="230"/>
      </w:pPr>
      <w:r>
        <w:rPr>
          <w:b w:val="0"/>
        </w:rPr>
        <w:t>B) El procesamiento solo cambia el tamaño del archivo, sin modificar colores ni ruido</w:t>
      </w:r>
    </w:p>
    <w:p>
      <w:pPr>
        <w:keepNext/>
        <w:keepLines/>
        <w:spacing w:after="20"/>
        <w:ind w:left="230"/>
      </w:pPr>
      <w:r>
        <w:rPr>
          <w:b w:val="0"/>
        </w:rPr>
        <w:t>C) El procesamiento modifica la óptica para aumentar la luz ya captada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procesamiento de imagen interpreta y modifica los datos captados</w:t>
      </w:r>
    </w:p>
    <w:p>
      <w:pPr>
        <w:keepNext/>
        <w:spacing w:after="60"/>
      </w:pPr>
      <w:r>
        <w:rPr>
          <w:b/>
        </w:rPr>
        <w:t>84. Sin Wi-Fi ni datos móviles, un móvil recibe satélites y tiene mapas descargados. ¿Qué puede hacer?</w:t>
      </w:r>
    </w:p>
    <w:p>
      <w:pPr>
        <w:keepNext/>
        <w:keepLines/>
        <w:spacing w:after="20"/>
        <w:ind w:left="230"/>
      </w:pPr>
      <w:r>
        <w:rPr>
          <w:b w:val="0"/>
        </w:rPr>
        <w:t>A) Determinar su posición y mostrarla en esos mapas</w:t>
      </w:r>
    </w:p>
    <w:p>
      <w:pPr>
        <w:keepNext/>
        <w:keepLines/>
        <w:spacing w:after="20"/>
        <w:ind w:left="230"/>
      </w:pPr>
      <w:r>
        <w:rPr>
          <w:b w:val="0"/>
        </w:rPr>
        <w:t>B) Determinar su posición únicamente si los mapas descargados incluyen una SIM</w:t>
      </w:r>
    </w:p>
    <w:p>
      <w:pPr>
        <w:keepNext/>
        <w:keepLines/>
        <w:spacing w:after="20"/>
        <w:ind w:left="230"/>
      </w:pPr>
      <w:r>
        <w:rPr>
          <w:b w:val="0"/>
        </w:rPr>
        <w:t>C) Determinar su posición solo si tiene cobertura móvil, aunque no tenga datos</w:t>
      </w:r>
    </w:p>
    <w:p>
      <w:pPr>
        <w:keepNext w:val="0"/>
        <w:keepLines/>
        <w:spacing w:after="180"/>
        <w:ind w:left="230"/>
      </w:pPr>
      <w:r>
        <w:rPr>
          <w:b w:val="0"/>
        </w:rPr>
        <w:t>D) Mostrar los mapas, pero no determinar su posición sin Internet</w:t>
      </w:r>
    </w:p>
    <w:p>
      <w:pPr>
        <w:keepNext/>
        <w:spacing w:after="60"/>
      </w:pPr>
      <w:r>
        <w:rPr>
          <w:b/>
        </w:rPr>
        <w:t>85. Dos móviles tienen USB-C. ¿Qué puede concluirse sobre sus funciones de datos o vídeo?</w:t>
      </w:r>
    </w:p>
    <w:p>
      <w:pPr>
        <w:keepNext/>
        <w:keepLines/>
        <w:spacing w:after="20"/>
        <w:ind w:left="230"/>
      </w:pPr>
      <w:r>
        <w:rPr>
          <w:b w:val="0"/>
        </w:rPr>
        <w:t>A) La forma del conector basta para saber la potencia máxima de carga</w:t>
      </w:r>
    </w:p>
    <w:p>
      <w:pPr>
        <w:keepNext/>
        <w:keepLines/>
        <w:spacing w:after="20"/>
        <w:ind w:left="230"/>
      </w:pPr>
      <w:r>
        <w:rPr>
          <w:b w:val="0"/>
        </w:rPr>
        <w:t>B) Hay que comprobar las prestaciones del puerto, cable y dispositivo</w:t>
      </w:r>
    </w:p>
    <w:p>
      <w:pPr>
        <w:keepNext/>
        <w:keepLines/>
        <w:spacing w:after="20"/>
        <w:ind w:left="230"/>
      </w:pPr>
      <w:r>
        <w:rPr>
          <w:b w:val="0"/>
        </w:rPr>
        <w:t>C) Cualquier cable USB-C permite todas las prestaciones de ambos puertos</w:t>
      </w:r>
    </w:p>
    <w:p>
      <w:pPr>
        <w:keepNext w:val="0"/>
        <w:keepLines/>
        <w:spacing w:after="180"/>
        <w:ind w:left="230"/>
      </w:pPr>
      <w:r>
        <w:rPr>
          <w:b w:val="0"/>
        </w:rPr>
        <w:t>D) Ambos admiten necesariamente la misma velocidad y salida de vídeo</w:t>
      </w:r>
    </w:p>
    <w:p>
      <w:pPr>
        <w:keepNext/>
        <w:spacing w:after="60"/>
      </w:pPr>
      <w:r>
        <w:rPr>
          <w:b/>
        </w:rPr>
        <w:t>86. Si se desactiva la respuesta del sistema al sensor de proximidad, ¿qué problema puede aparecer al llamar?</w:t>
      </w:r>
    </w:p>
    <w:p>
      <w:pPr>
        <w:keepNext/>
        <w:keepLines/>
        <w:spacing w:after="20"/>
        <w:ind w:left="230"/>
      </w:pPr>
      <w:r>
        <w:rPr>
          <w:b w:val="0"/>
        </w:rPr>
        <w:t>A) El móvil no podrá escuchar la voz porque proximidad controla el micrófono</w:t>
      </w:r>
    </w:p>
    <w:p>
      <w:pPr>
        <w:keepNext/>
        <w:keepLines/>
        <w:spacing w:after="20"/>
        <w:ind w:left="230"/>
      </w:pPr>
      <w:r>
        <w:rPr>
          <w:b w:val="0"/>
        </w:rPr>
        <w:t>B) Pulsaciones involuntarias con la cara sobre la pantalla</w:t>
      </w:r>
    </w:p>
    <w:p>
      <w:pPr>
        <w:keepNext/>
        <w:keepLines/>
        <w:spacing w:after="20"/>
        <w:ind w:left="230"/>
      </w:pPr>
      <w:r>
        <w:rPr>
          <w:b w:val="0"/>
        </w:rPr>
        <w:t>C) La pantalla se apagará igualmente porque lo decide solo el sensor de luz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Las pulsaciones de la cara dejarán de detectarse sin apagar la pantalla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40"/>
      </w:pPr>
      <w:r>
        <w:rPr>
          <w:b w:val="0"/>
        </w:rPr>
        <w:t>Preguntas 87 a 92   |   20 preguntas en este bloque</w:t>
      </w:r>
    </w:p>
    <w:p>
      <w:pPr>
        <w:keepNext/>
        <w:spacing w:after="60"/>
      </w:pPr>
      <w:r>
        <w:rPr>
          <w:b/>
        </w:rPr>
        <w:t>87. Una aplicación solicita usar la cámara. ¿Qué papel desempeña el sistema operativo?</w:t>
      </w:r>
    </w:p>
    <w:p>
      <w:pPr>
        <w:keepNext/>
        <w:keepLines/>
        <w:spacing w:after="20"/>
        <w:ind w:left="230"/>
      </w:pPr>
      <w:r>
        <w:rPr>
          <w:b w:val="0"/>
        </w:rPr>
        <w:t>A) Gestionar el acceso al hardware y los permisos correspondientes</w:t>
      </w:r>
    </w:p>
    <w:p>
      <w:pPr>
        <w:keepNext/>
        <w:keepLines/>
        <w:spacing w:after="20"/>
        <w:ind w:left="230"/>
      </w:pPr>
      <w:r>
        <w:rPr>
          <w:b w:val="0"/>
        </w:rPr>
        <w:t>B) Autorizar el acceso solo según la capacidad de almacenamiento disponible</w:t>
      </w:r>
    </w:p>
    <w:p>
      <w:pPr>
        <w:keepNext/>
        <w:keepLines/>
        <w:spacing w:after="20"/>
        <w:ind w:left="230"/>
      </w:pPr>
      <w:r>
        <w:rPr>
          <w:b w:val="0"/>
        </w:rPr>
        <w:t>C) Permitir el acceso siempre que la aplicación esté instalada, sin comprobar permisos</w:t>
      </w:r>
    </w:p>
    <w:p>
      <w:pPr>
        <w:keepNext w:val="0"/>
        <w:keepLines/>
        <w:spacing w:after="180"/>
        <w:ind w:left="230"/>
      </w:pPr>
      <w:r>
        <w:rPr>
          <w:b w:val="0"/>
        </w:rPr>
        <w:t>D) Procesar todas las imágenes exclusivamente en RAM, sin usar el sensor</w:t>
      </w:r>
    </w:p>
    <w:p>
      <w:pPr>
        <w:keepNext/>
        <w:spacing w:after="60"/>
      </w:pPr>
      <w:r>
        <w:rPr>
          <w:b/>
        </w:rPr>
        <w:t>88. ¿Qué relación existe entre Android, iOS, Windows, macOS y Linux?</w:t>
      </w:r>
    </w:p>
    <w:p>
      <w:pPr>
        <w:keepNext/>
        <w:keepLines/>
        <w:spacing w:after="20"/>
        <w:ind w:left="230"/>
      </w:pPr>
      <w:r>
        <w:rPr>
          <w:b w:val="0"/>
        </w:rPr>
        <w:t>A) Todos ejecutan directamente las mismas aplicaciones sin adaptación</w:t>
      </w:r>
    </w:p>
    <w:p>
      <w:pPr>
        <w:keepNext/>
        <w:keepLines/>
        <w:spacing w:after="20"/>
        <w:ind w:left="230"/>
      </w:pPr>
      <w:r>
        <w:rPr>
          <w:b w:val="0"/>
        </w:rPr>
        <w:t>B) Todos dependen obligatoriamente de una conexión a Internet para ejecutar aplicaciones</w:t>
      </w:r>
    </w:p>
    <w:p>
      <w:pPr>
        <w:keepNext/>
        <w:keepLines/>
        <w:spacing w:after="20"/>
        <w:ind w:left="230"/>
      </w:pPr>
      <w:r>
        <w:rPr>
          <w:b w:val="0"/>
        </w:rPr>
        <w:t>C) Los sistemas móviles gestionan solo llamadas y los de ordenador gestionan programas</w:t>
      </w:r>
    </w:p>
    <w:p>
      <w:pPr>
        <w:keepNext w:val="0"/>
        <w:keepLines/>
        <w:spacing w:after="180"/>
        <w:ind w:left="230"/>
      </w:pPr>
      <w:r>
        <w:rPr>
          <w:b w:val="0"/>
        </w:rPr>
        <w:t>D) Todos cumplen funciones de sistema operativo, aunque difieren en compatibilidad y uso</w:t>
      </w:r>
    </w:p>
    <w:p>
      <w:pPr>
        <w:keepNext/>
        <w:spacing w:after="60"/>
      </w:pPr>
      <w:r>
        <w:rPr>
          <w:b/>
        </w:rPr>
        <w:t>89. Al pulsar un icono de una app cerrada, ¿qué secuencia simplificada es coherente?</w:t>
      </w:r>
    </w:p>
    <w:p>
      <w:pPr>
        <w:keepNext/>
        <w:keepLines/>
        <w:spacing w:after="20"/>
        <w:ind w:left="230"/>
      </w:pPr>
      <w:r>
        <w:rPr>
          <w:b w:val="0"/>
        </w:rPr>
        <w:t>A) La pantalla recibe el toque, la GPU ejecuta todo el código y la CPU solo guarda datos</w:t>
      </w:r>
    </w:p>
    <w:p>
      <w:pPr>
        <w:keepNext/>
        <w:keepLines/>
        <w:spacing w:after="20"/>
        <w:ind w:left="230"/>
      </w:pPr>
      <w:r>
        <w:rPr>
          <w:b w:val="0"/>
        </w:rPr>
        <w:t>B) El sistema recibe el toque, ejecuta exclusivamente desde almacenamiento y la RAM no interviene</w:t>
      </w:r>
    </w:p>
    <w:p>
      <w:pPr>
        <w:keepNext/>
        <w:keepLines/>
        <w:spacing w:after="20"/>
        <w:ind w:left="230"/>
      </w:pPr>
      <w:r>
        <w:rPr>
          <w:b w:val="0"/>
        </w:rPr>
        <w:t>C) El sistema recibe el toque, carga código y datos en RAM, la CPU ejecuta y se muestra el resultado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CPU recibe el toque y muestra el contenido sin intervención del sistema operativo</w:t>
      </w:r>
    </w:p>
    <w:p>
      <w:pPr>
        <w:keepNext/>
        <w:spacing w:after="60"/>
      </w:pPr>
      <w:r>
        <w:rPr>
          <w:b/>
        </w:rPr>
        <w:t>90. ¿Qué comparación describe correctamente la alimentación habitual del móvil y del sobremesa?</w:t>
      </w:r>
    </w:p>
    <w:p>
      <w:pPr>
        <w:keepNext/>
        <w:keepLines/>
        <w:spacing w:after="20"/>
        <w:ind w:left="230"/>
      </w:pPr>
      <w:r>
        <w:rPr>
          <w:b w:val="0"/>
        </w:rPr>
        <w:t>A) La batería del móvil transforma directamente la corriente alterna del enchufe</w:t>
      </w:r>
    </w:p>
    <w:p>
      <w:pPr>
        <w:keepNext/>
        <w:keepLines/>
        <w:spacing w:after="20"/>
        <w:ind w:left="230"/>
      </w:pPr>
      <w:r>
        <w:rPr>
          <w:b w:val="0"/>
        </w:rPr>
        <w:t>B) La fuente del sobremesa almacena energía para funcionar durante horas sin enchufe</w:t>
      </w:r>
    </w:p>
    <w:p>
      <w:pPr>
        <w:keepNext/>
        <w:keepLines/>
        <w:spacing w:after="20"/>
        <w:ind w:left="230"/>
      </w:pPr>
      <w:r>
        <w:rPr>
          <w:b w:val="0"/>
        </w:rPr>
        <w:t>C) El cargador del móvil y su batería almacenan energía para usarla tras desenchufar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móvil usa batería; el sobremesa usa una fuente conectada a la red eléctrica</w:t>
      </w:r>
    </w:p>
    <w:p>
      <w:pPr>
        <w:keepNext/>
        <w:spacing w:after="60"/>
      </w:pPr>
      <w:r>
        <w:rPr>
          <w:b/>
        </w:rPr>
        <w:t>91. Un móvil tiene mucha RAM y poco almacenamiento libre. ¿Qué combinación de efectos es posible?</w:t>
      </w:r>
    </w:p>
    <w:p>
      <w:pPr>
        <w:keepNext/>
        <w:keepLines/>
        <w:spacing w:after="20"/>
        <w:ind w:left="230"/>
      </w:pPr>
      <w:r>
        <w:rPr>
          <w:b w:val="0"/>
        </w:rPr>
        <w:t>A) El almacenamiento libre limita directamente cuántos núcleos puede usar la CPU</w:t>
      </w:r>
    </w:p>
    <w:p>
      <w:pPr>
        <w:keepNext/>
        <w:keepLines/>
        <w:spacing w:after="20"/>
        <w:ind w:left="230"/>
      </w:pPr>
      <w:r>
        <w:rPr>
          <w:b w:val="0"/>
        </w:rPr>
        <w:t>B) Mantener varias apps en memoria y no poder guardar un vídeo grande</w:t>
      </w:r>
    </w:p>
    <w:p>
      <w:pPr>
        <w:keepNext/>
        <w:keepLines/>
        <w:spacing w:after="20"/>
        <w:ind w:left="230"/>
      </w:pPr>
      <w:r>
        <w:rPr>
          <w:b w:val="0"/>
        </w:rPr>
        <w:t>C) La RAM permite guardar ese vídeo permanentemente sin liberar almacenamiento</w:t>
      </w:r>
    </w:p>
    <w:p>
      <w:pPr>
        <w:keepNext w:val="0"/>
        <w:keepLines/>
        <w:spacing w:after="180"/>
        <w:ind w:left="230"/>
      </w:pPr>
      <w:r>
        <w:rPr>
          <w:b w:val="0"/>
        </w:rPr>
        <w:t>D) Tener mucha RAM asegura espacio suficiente para instalar cualquier aplicación</w:t>
      </w:r>
    </w:p>
    <w:p>
      <w:pPr>
        <w:keepNext/>
        <w:spacing w:after="60"/>
      </w:pPr>
      <w:r>
        <w:rPr>
          <w:b/>
        </w:rPr>
        <w:t>92. En un modelo ideal, una batería de 5000 mAh entrega 500 mA constantes. ¿Qué autonomía aproximada resulta?</w:t>
      </w:r>
    </w:p>
    <w:p>
      <w:pPr>
        <w:keepNext/>
        <w:keepLines/>
        <w:spacing w:after="20"/>
        <w:ind w:left="230"/>
      </w:pPr>
      <w:r>
        <w:rPr>
          <w:b w:val="0"/>
        </w:rPr>
        <w:t>A) 100 horas en el modelo ideal, porque 500 mA equivalen a 50 mA</w:t>
      </w:r>
    </w:p>
    <w:p>
      <w:pPr>
        <w:keepNext/>
        <w:keepLines/>
        <w:spacing w:after="20"/>
        <w:ind w:left="230"/>
      </w:pPr>
      <w:r>
        <w:rPr>
          <w:b w:val="0"/>
        </w:rPr>
        <w:t>B) 10 horas, antes de considerar pérdidas y condiciones reales</w:t>
      </w:r>
    </w:p>
    <w:p>
      <w:pPr>
        <w:keepNext/>
        <w:keepLines/>
        <w:spacing w:after="20"/>
        <w:ind w:left="230"/>
      </w:pPr>
      <w:r>
        <w:rPr>
          <w:b w:val="0"/>
        </w:rPr>
        <w:t>C) 5 horas en el modelo ideal, porque la carga se divide entre el doble de corriente</w:t>
      </w:r>
    </w:p>
    <w:p>
      <w:pPr>
        <w:keepNext w:val="0"/>
        <w:keepLines/>
        <w:spacing w:after="180"/>
        <w:ind w:left="230"/>
      </w:pPr>
      <w:r>
        <w:rPr>
          <w:b w:val="0"/>
        </w:rPr>
        <w:t>D) 10 horas garantizadas en uso real, aunque cambien el consumo y la temperatura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40"/>
      </w:pPr>
      <w:r>
        <w:rPr>
          <w:b w:val="0"/>
        </w:rPr>
        <w:t>Preguntas 93 a 98   |   20 preguntas en este bloque</w:t>
      </w:r>
    </w:p>
    <w:p>
      <w:pPr>
        <w:keepNext/>
        <w:spacing w:after="60"/>
      </w:pPr>
      <w:r>
        <w:rPr>
          <w:b/>
        </w:rPr>
        <w:t>93. Se usa navegación GPS con pantalla encendida y actualizaciones de red. ¿Qué explica el consumo total?</w:t>
      </w:r>
    </w:p>
    <w:p>
      <w:pPr>
        <w:keepNext/>
        <w:keepLines/>
        <w:spacing w:after="20"/>
        <w:ind w:left="230"/>
      </w:pPr>
      <w:r>
        <w:rPr>
          <w:b w:val="0"/>
        </w:rPr>
        <w:t>A) Trabajan receptor de posición, procesador, pantalla y comunicaciones</w:t>
      </w:r>
    </w:p>
    <w:p>
      <w:pPr>
        <w:keepNext/>
        <w:keepLines/>
        <w:spacing w:after="20"/>
        <w:ind w:left="230"/>
      </w:pPr>
      <w:r>
        <w:rPr>
          <w:b w:val="0"/>
        </w:rPr>
        <w:t>B) Solo consume la pantalla; recibir señales de satélite no requiere alimentar el receptor</w:t>
      </w:r>
    </w:p>
    <w:p>
      <w:pPr>
        <w:keepNext/>
        <w:keepLines/>
        <w:spacing w:after="20"/>
        <w:ind w:left="230"/>
      </w:pPr>
      <w:r>
        <w:rPr>
          <w:b w:val="0"/>
        </w:rPr>
        <w:t>C) Los mapas descargados eliminan el consumo del receptor de posición y del procesador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Solo consume el receptor GPS; la pantalla y la red no afectan a esta tarea</w:t>
      </w:r>
    </w:p>
    <w:p>
      <w:pPr>
        <w:keepNext/>
        <w:spacing w:after="60"/>
      </w:pPr>
      <w:r>
        <w:rPr>
          <w:b/>
        </w:rPr>
        <w:t>94. Un juego 3D calienta el móvil y reduce su autonomía. ¿Qué interpretación es razonable?</w:t>
      </w:r>
    </w:p>
    <w:p>
      <w:pPr>
        <w:keepNext/>
        <w:keepLines/>
        <w:spacing w:after="20"/>
        <w:ind w:left="230"/>
      </w:pPr>
      <w:r>
        <w:rPr>
          <w:b w:val="0"/>
        </w:rPr>
        <w:t>A) El calor indica que la GPU deja de consumir y todo el gasto corresponde a la pantalla</w:t>
      </w:r>
    </w:p>
    <w:p>
      <w:pPr>
        <w:keepNext/>
        <w:keepLines/>
        <w:spacing w:after="20"/>
        <w:ind w:left="230"/>
      </w:pPr>
      <w:r>
        <w:rPr>
          <w:b w:val="0"/>
        </w:rPr>
        <w:t>B) La CPU y GPU hacen el mismo trabajo, pero la batería reduce su consumo al calentarse</w:t>
      </w:r>
    </w:p>
    <w:p>
      <w:pPr>
        <w:keepNext/>
        <w:keepLines/>
        <w:spacing w:after="20"/>
        <w:ind w:left="230"/>
      </w:pPr>
      <w:r>
        <w:rPr>
          <w:b w:val="0"/>
        </w:rPr>
        <w:t>C) CPU y GPU trabajan intensamente y parte de la energía se disipa como calor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consumo procede solo de leer el juego, independientemente de la complejidad gráfica</w:t>
      </w:r>
    </w:p>
    <w:p>
      <w:pPr>
        <w:keepNext/>
        <w:spacing w:after="60"/>
      </w:pPr>
      <w:r>
        <w:rPr>
          <w:b/>
        </w:rPr>
        <w:t>95. Un juego genera 60 imágenes por segundo en una pantalla de 120 Hz. ¿Qué afirmación es correcta?</w:t>
      </w:r>
    </w:p>
    <w:p>
      <w:pPr>
        <w:keepNext/>
        <w:keepLines/>
        <w:spacing w:after="20"/>
        <w:ind w:left="230"/>
      </w:pPr>
      <w:r>
        <w:rPr>
          <w:b w:val="0"/>
        </w:rPr>
        <w:t>A) La pantalla puede refrescar a 120 Hz sin que el juego genere 120 imágenes distintas</w:t>
      </w:r>
    </w:p>
    <w:p>
      <w:pPr>
        <w:keepNext/>
        <w:keepLines/>
        <w:spacing w:after="20"/>
        <w:ind w:left="230"/>
      </w:pPr>
      <w:r>
        <w:rPr>
          <w:b w:val="0"/>
        </w:rPr>
        <w:t>B) La pantalla obliga al juego a generar siempre 120 imágenes distintas</w:t>
      </w:r>
    </w:p>
    <w:p>
      <w:pPr>
        <w:keepNext/>
        <w:keepLines/>
        <w:spacing w:after="20"/>
        <w:ind w:left="230"/>
      </w:pPr>
      <w:r>
        <w:rPr>
          <w:b w:val="0"/>
        </w:rPr>
        <w:t>C) Cada refresco de pantalla contiene necesariamente una nueva imagen generada por el juego</w:t>
      </w:r>
    </w:p>
    <w:p>
      <w:pPr>
        <w:keepNext w:val="0"/>
        <w:keepLines/>
        <w:spacing w:after="180"/>
        <w:ind w:left="230"/>
      </w:pPr>
      <w:r>
        <w:rPr>
          <w:b w:val="0"/>
        </w:rPr>
        <w:t>D) Los 120 Hz duplican los fotogramas generados sin que la GPU necesite trabajar más</w:t>
      </w:r>
    </w:p>
    <w:p>
      <w:pPr>
        <w:keepNext/>
        <w:spacing w:after="60"/>
      </w:pPr>
      <w:r>
        <w:rPr>
          <w:b/>
        </w:rPr>
        <w:t>96. ¿Qué bloque suele realizar tareas especializadas de procesamiento de las imágenes de cámara?</w:t>
      </w:r>
    </w:p>
    <w:p>
      <w:pPr>
        <w:keepNext/>
        <w:keepLines/>
        <w:spacing w:after="20"/>
        <w:ind w:left="230"/>
      </w:pPr>
      <w:r>
        <w:rPr>
          <w:b w:val="0"/>
        </w:rPr>
        <w:t>A) La CPU siempre realiza por sí sola todas las etapas, sin bloques especializados</w:t>
      </w:r>
    </w:p>
    <w:p>
      <w:pPr>
        <w:keepNext/>
        <w:keepLines/>
        <w:spacing w:after="20"/>
        <w:ind w:left="230"/>
      </w:pPr>
      <w:r>
        <w:rPr>
          <w:b w:val="0"/>
        </w:rPr>
        <w:t>B) El almacenamiento interpreta por sí solo el color y el ruido de los datos captados</w:t>
      </w:r>
    </w:p>
    <w:p>
      <w:pPr>
        <w:keepNext/>
        <w:keepLines/>
        <w:spacing w:after="20"/>
        <w:ind w:left="230"/>
      </w:pPr>
      <w:r>
        <w:rPr>
          <w:b w:val="0"/>
        </w:rPr>
        <w:t>C) El ISP, normalmente integrado en el SoC y coordinado con otros componentes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pantalla procesa el archivo antes de que llegue al sensor de imagen</w:t>
      </w:r>
    </w:p>
    <w:p>
      <w:pPr>
        <w:keepNext/>
        <w:spacing w:after="60"/>
      </w:pPr>
      <w:r>
        <w:rPr>
          <w:b/>
        </w:rPr>
        <w:t>97. Para ver una foto guardada, ¿qué reparto de funciones es coherente?</w:t>
      </w:r>
    </w:p>
    <w:p>
      <w:pPr>
        <w:keepNext/>
        <w:keepLines/>
        <w:spacing w:after="20"/>
        <w:ind w:left="230"/>
      </w:pPr>
      <w:r>
        <w:rPr>
          <w:b w:val="0"/>
        </w:rPr>
        <w:t>A) La pantalla lee directamente cualquier archivo sin decodificación ni procesamiento</w:t>
      </w:r>
    </w:p>
    <w:p>
      <w:pPr>
        <w:keepNext/>
        <w:keepLines/>
        <w:spacing w:after="20"/>
        <w:ind w:left="230"/>
      </w:pPr>
      <w:r>
        <w:rPr>
          <w:b w:val="0"/>
        </w:rPr>
        <w:t>B) Se lee del almacenamiento, se procesa y la pantalla presenta la imagen</w:t>
      </w:r>
    </w:p>
    <w:p>
      <w:pPr>
        <w:keepNext/>
        <w:keepLines/>
        <w:spacing w:after="20"/>
        <w:ind w:left="230"/>
      </w:pPr>
      <w:r>
        <w:rPr>
          <w:b w:val="0"/>
        </w:rPr>
        <w:t>C) La GPU conserva todas las fotos permanentemente y las envía después a la pantalla</w:t>
      </w:r>
    </w:p>
    <w:p>
      <w:pPr>
        <w:keepNext w:val="0"/>
        <w:keepLines/>
        <w:spacing w:after="180"/>
        <w:ind w:left="230"/>
      </w:pPr>
      <w:r>
        <w:rPr>
          <w:b w:val="0"/>
        </w:rPr>
        <w:t>D) La foto se recupera únicamente de la RAM aunque el móvil se haya apagado antes</w:t>
      </w:r>
    </w:p>
    <w:p>
      <w:pPr>
        <w:keepNext/>
        <w:spacing w:after="60"/>
      </w:pPr>
      <w:r>
        <w:rPr>
          <w:b/>
        </w:rPr>
        <w:t>98. Un móvil reconoce orientación vertical u horizontal. ¿Qué explicación es más precisa?</w:t>
      </w:r>
    </w:p>
    <w:p>
      <w:pPr>
        <w:keepNext/>
        <w:keepLines/>
        <w:spacing w:after="20"/>
        <w:ind w:left="230"/>
      </w:pPr>
      <w:r>
        <w:rPr>
          <w:b w:val="0"/>
        </w:rPr>
        <w:t>A) La orientación se obtiene de la resolución de pantalla, sin datos de sensores</w:t>
      </w:r>
    </w:p>
    <w:p>
      <w:pPr>
        <w:keepNext/>
        <w:keepLines/>
        <w:spacing w:after="20"/>
        <w:ind w:left="230"/>
      </w:pPr>
      <w:r>
        <w:rPr>
          <w:b w:val="0"/>
        </w:rPr>
        <w:t>B) Puede usar la gravedad medida por el acelerómetro y combinar otros sensores</w:t>
      </w:r>
    </w:p>
    <w:p>
      <w:pPr>
        <w:keepNext/>
        <w:keepLines/>
        <w:spacing w:after="20"/>
        <w:ind w:left="230"/>
      </w:pPr>
      <w:r>
        <w:rPr>
          <w:b w:val="0"/>
        </w:rPr>
        <w:t>C) El giroscopio es la única opción posible y la gravedad no aporta información útil</w:t>
      </w:r>
    </w:p>
    <w:p>
      <w:pPr>
        <w:keepNext w:val="0"/>
        <w:keepLines/>
        <w:spacing w:after="180"/>
        <w:ind w:left="230"/>
      </w:pPr>
      <w:r>
        <w:rPr>
          <w:b w:val="0"/>
        </w:rPr>
        <w:t>D) El acelerómetro mide exclusivamente giros y el giroscopio mide exclusivamente gravedad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40"/>
      </w:pPr>
      <w:r>
        <w:rPr>
          <w:b w:val="0"/>
        </w:rPr>
        <w:t>Preguntas 99 a 100   |   20 preguntas en este bloque</w:t>
      </w:r>
    </w:p>
    <w:p>
      <w:pPr>
        <w:keepNext/>
        <w:spacing w:after="60"/>
      </w:pPr>
      <w:r>
        <w:rPr>
          <w:b/>
        </w:rPr>
        <w:t>99. Un teléfono tiene hardware y firmware básico, pero carece de sistema operativo funcional. ¿Qué cabe esperar?</w:t>
      </w:r>
    </w:p>
    <w:p>
      <w:pPr>
        <w:keepNext/>
        <w:keepLines/>
        <w:spacing w:after="20"/>
        <w:ind w:left="230"/>
      </w:pPr>
      <w:r>
        <w:rPr>
          <w:b w:val="0"/>
        </w:rPr>
        <w:t>A) Podrá ejecutar normalmente las apps instaladas porque el hardware basta para hacerlo</w:t>
      </w:r>
    </w:p>
    <w:p>
      <w:pPr>
        <w:keepNext/>
        <w:keepLines/>
        <w:spacing w:after="20"/>
        <w:ind w:left="230"/>
      </w:pPr>
      <w:r>
        <w:rPr>
          <w:b w:val="0"/>
        </w:rPr>
        <w:t>B) Podrá usar todas las aplicaciones desde almacenamiento sin gestionar memoria ni permisos</w:t>
      </w:r>
    </w:p>
    <w:p>
      <w:pPr>
        <w:keepNext/>
        <w:keepLines/>
        <w:spacing w:after="20"/>
        <w:ind w:left="230"/>
      </w:pPr>
      <w:r>
        <w:rPr>
          <w:b w:val="0"/>
        </w:rPr>
        <w:t>C) No podrá mostrar ninguna señal de arranque, incluso aunque tenga firmware básico</w:t>
      </w:r>
    </w:p>
    <w:p>
      <w:pPr>
        <w:keepNext w:val="0"/>
        <w:keepLines/>
        <w:spacing w:after="180"/>
        <w:ind w:left="230"/>
      </w:pPr>
      <w:r>
        <w:rPr>
          <w:b w:val="0"/>
        </w:rPr>
        <w:t>D) No funcionará como smartphone normal, aunque podría mostrar arranque o recuperación</w:t>
      </w:r>
    </w:p>
    <w:p>
      <w:pPr>
        <w:keepNext/>
        <w:spacing w:after="60"/>
      </w:pPr>
      <w:r>
        <w:rPr>
          <w:b/>
        </w:rPr>
        <w:t>100. ¿Qué comparación entre smartphone y ordenador es más precisa?</w:t>
      </w:r>
    </w:p>
    <w:p>
      <w:pPr>
        <w:keepNext/>
        <w:keepLines/>
        <w:spacing w:after="20"/>
        <w:ind w:left="230"/>
      </w:pPr>
      <w:r>
        <w:rPr>
          <w:b w:val="0"/>
        </w:rPr>
        <w:t>A) Comparten procesamiento, memoria y sistema; suelen diferir en tamaño, integración e interacción</w:t>
      </w:r>
    </w:p>
    <w:p>
      <w:pPr>
        <w:keepNext/>
        <w:keepLines/>
        <w:spacing w:after="20"/>
        <w:ind w:left="230"/>
      </w:pPr>
      <w:r>
        <w:rPr>
          <w:b w:val="0"/>
        </w:rPr>
        <w:t>B) La diferencia esencial es que el móvil no ejecuta instrucciones y el ordenador sí</w:t>
      </w:r>
    </w:p>
    <w:p>
      <w:pPr>
        <w:keepNext/>
        <w:keepLines/>
        <w:spacing w:after="20"/>
        <w:ind w:left="230"/>
      </w:pPr>
      <w:r>
        <w:rPr>
          <w:b w:val="0"/>
        </w:rPr>
        <w:t>C) La integración implica que ambos permiten sustituir por separado todos sus componentes</w:t>
      </w:r>
    </w:p>
    <w:p>
      <w:pPr>
        <w:keepNext w:val="0"/>
        <w:keepLines/>
        <w:spacing w:after="180"/>
        <w:ind w:left="230"/>
      </w:pPr>
      <w:r>
        <w:rPr>
          <w:b w:val="0"/>
        </w:rPr>
        <w:t>D) Los móviles siempre carecen de almacenamiento no volátil y dependen de la nube</w:t>
      </w:r>
    </w:p>
    <w:p>
      <w:r>
        <w:br w:type="page"/>
      </w:r>
    </w:p>
    <w:p>
      <w:pPr>
        <w:pStyle w:val="Heading1"/>
      </w:pPr>
      <w:r>
        <w:t>Hoja de respuestas</w:t>
      </w:r>
    </w:p>
    <w:p>
      <w:pPr>
        <w:spacing w:after="60"/>
      </w:pPr>
      <w:r>
        <w:rPr>
          <w:b w:val="0"/>
        </w:rPr>
        <w:t>Nombre y apellidos ______________________________________    Grupo __________</w:t>
      </w:r>
    </w:p>
    <w:p>
      <w:pPr>
        <w:spacing w:after="60"/>
      </w:pPr>
      <w:r>
        <w:rPr>
          <w:b w:val="0"/>
        </w:rPr>
        <w:t>Preguntas 1 a 50. Escribe A, B, C o D en cada casilla de respuesta.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Pregunta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Respuesta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Pregunta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Respuesta</w:t>
            </w: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39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49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</w:tbl>
    <w:p>
      <w:r>
        <w:br w:type="page"/>
      </w:r>
    </w:p>
    <w:p>
      <w:pPr>
        <w:pStyle w:val="Heading1"/>
      </w:pPr>
      <w:r>
        <w:t>Hoja de respuestas</w:t>
      </w:r>
    </w:p>
    <w:p>
      <w:pPr>
        <w:spacing w:after="60"/>
      </w:pPr>
      <w:r>
        <w:rPr>
          <w:b w:val="0"/>
        </w:rPr>
        <w:t>Nombre y apellidos ______________________________________    Grupo __________</w:t>
      </w:r>
    </w:p>
    <w:p>
      <w:pPr>
        <w:spacing w:after="60"/>
      </w:pPr>
      <w:r>
        <w:rPr>
          <w:b w:val="0"/>
        </w:rPr>
        <w:t>Preguntas 51 a 100. Escribe A, B, C o D en cada casilla de respuesta.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Pregunta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Respuesta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Pregunta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  <w:shd w:fill="EEEEEE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Respuesta</w:t>
            </w: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59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89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69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71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96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72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97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73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98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74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99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20"/>
              </w:rPr>
              <w:t>100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  <w:vAlign w:val="center"/>
          </w:tcPr>
          <w:p>
            <w:pPr>
              <w:spacing w:after="0"/>
              <w:jc w:val="center"/>
            </w:pPr>
          </w:p>
        </w:tc>
      </w:tr>
    </w:tbl>
    <w:p>
      <w:r>
        <w:br w:type="page"/>
      </w:r>
    </w:p>
    <w:p>
      <w:pPr>
        <w:pStyle w:val="Title"/>
      </w:pPr>
      <w:r>
        <w:t>Anexo de respuestas</w:t>
      </w:r>
    </w:p>
    <w:p>
      <w:pPr>
        <w:spacing w:after="160"/>
      </w:pPr>
      <w:r>
        <w:rPr>
          <w:b/>
        </w:rPr>
        <w:t>Reservado al profesorado. Retirar antes de entregar el examen al alumnado.</w:t>
      </w:r>
    </w:p>
    <w:p>
      <w:pPr>
        <w:pStyle w:val="Heading1"/>
      </w:pPr>
      <w:r>
        <w:t>Bloque 1 Preguntas muy sencillas</w:t>
      </w:r>
    </w:p>
    <w:p>
      <w:pPr>
        <w:spacing w:after="160"/>
      </w:pPr>
      <w:r>
        <w:rPr>
          <w:b w:val="0"/>
        </w:rPr>
        <w:t>Respuestas 1 a 10</w:t>
      </w:r>
    </w:p>
    <w:p>
      <w:pPr>
        <w:keepNext/>
        <w:keepLines/>
        <w:spacing w:after="60"/>
      </w:pPr>
      <w:r>
        <w:rPr>
          <w:b/>
        </w:rPr>
        <w:t>1. ¿Qué es un smartphone?</w:t>
      </w:r>
    </w:p>
    <w:p>
      <w:pPr>
        <w:keepLines/>
        <w:spacing w:after="200"/>
      </w:pPr>
      <w:r>
        <w:rPr>
          <w:b w:val="0"/>
        </w:rPr>
        <w:t>Respuesta correcta B) Un teléfono con funciones de ordenador</w:t>
      </w:r>
    </w:p>
    <w:p>
      <w:pPr>
        <w:keepNext/>
        <w:keepLines/>
        <w:spacing w:after="60"/>
      </w:pPr>
      <w:r>
        <w:rPr>
          <w:b/>
        </w:rPr>
        <w:t>2. ¿Cuál es la función principal de la CPU?</w:t>
      </w:r>
    </w:p>
    <w:p>
      <w:pPr>
        <w:keepLines/>
        <w:spacing w:after="200"/>
      </w:pPr>
      <w:r>
        <w:rPr>
          <w:b w:val="0"/>
        </w:rPr>
        <w:t>Respuesta correcta B) Ejecutar instrucciones y procesar datos</w:t>
      </w:r>
    </w:p>
    <w:p>
      <w:pPr>
        <w:keepNext/>
        <w:keepLines/>
        <w:spacing w:after="60"/>
      </w:pPr>
      <w:r>
        <w:rPr>
          <w:b/>
        </w:rPr>
        <w:t>3. ¿Qué componente se encarga principalmente de los gráficos?</w:t>
      </w:r>
    </w:p>
    <w:p>
      <w:pPr>
        <w:keepLines/>
        <w:spacing w:after="200"/>
      </w:pPr>
      <w:r>
        <w:rPr>
          <w:b w:val="0"/>
        </w:rPr>
        <w:t>Respuesta correcta A) La GPU</w:t>
      </w:r>
    </w:p>
    <w:p>
      <w:pPr>
        <w:keepNext/>
        <w:keepLines/>
        <w:spacing w:after="60"/>
      </w:pPr>
      <w:r>
        <w:rPr>
          <w:b/>
        </w:rPr>
        <w:t>4. ¿Qué ocurre normalmente con los datos de la RAM al apagar el móvil?</w:t>
      </w:r>
    </w:p>
    <w:p>
      <w:pPr>
        <w:keepLines/>
        <w:spacing w:after="200"/>
      </w:pPr>
      <w:r>
        <w:rPr>
          <w:b w:val="0"/>
        </w:rPr>
        <w:t>Respuesta correcta C) Se pierden</w:t>
      </w:r>
    </w:p>
    <w:p>
      <w:pPr>
        <w:keepNext/>
        <w:keepLines/>
        <w:spacing w:after="60"/>
      </w:pPr>
      <w:r>
        <w:rPr>
          <w:b/>
        </w:rPr>
        <w:t>5. ¿Dónde se guardan de forma persistente las fotos y aplicaciones instaladas?</w:t>
      </w:r>
    </w:p>
    <w:p>
      <w:pPr>
        <w:keepLines/>
        <w:spacing w:after="200"/>
      </w:pPr>
      <w:r>
        <w:rPr>
          <w:b w:val="0"/>
        </w:rPr>
        <w:t>Respuesta correcta C) En el almacenamiento interno</w:t>
      </w:r>
    </w:p>
    <w:p>
      <w:pPr>
        <w:keepNext/>
        <w:keepLines/>
        <w:spacing w:after="60"/>
      </w:pPr>
      <w:r>
        <w:rPr>
          <w:b/>
        </w:rPr>
        <w:t>6. ¿Qué función tiene la batería?</w:t>
      </w:r>
    </w:p>
    <w:p>
      <w:pPr>
        <w:keepLines/>
        <w:spacing w:after="200"/>
      </w:pPr>
      <w:r>
        <w:rPr>
          <w:b w:val="0"/>
        </w:rPr>
        <w:t>Respuesta correcta C) Almacenar energía para alimentar el móvil</w:t>
      </w:r>
    </w:p>
    <w:p>
      <w:pPr>
        <w:keepNext/>
        <w:keepLines/>
        <w:spacing w:after="60"/>
      </w:pPr>
      <w:r>
        <w:rPr>
          <w:b/>
        </w:rPr>
        <w:t>7. ¿Qué función tiene el micrófono?</w:t>
      </w:r>
    </w:p>
    <w:p>
      <w:pPr>
        <w:keepLines/>
        <w:spacing w:after="200"/>
      </w:pPr>
      <w:r>
        <w:rPr>
          <w:b w:val="0"/>
        </w:rPr>
        <w:t>Respuesta correcta B) Captar sonido</w:t>
      </w:r>
    </w:p>
    <w:p>
      <w:pPr>
        <w:keepNext/>
        <w:keepLines/>
        <w:spacing w:after="60"/>
      </w:pPr>
      <w:r>
        <w:rPr>
          <w:b/>
        </w:rPr>
        <w:t>8. ¿Qué función tienen los altavoces?</w:t>
      </w:r>
    </w:p>
    <w:p>
      <w:pPr>
        <w:keepLines/>
        <w:spacing w:after="200"/>
      </w:pPr>
      <w:r>
        <w:rPr>
          <w:b w:val="0"/>
        </w:rPr>
        <w:t>Respuesta correcta A) Emitir sonido</w:t>
      </w:r>
    </w:p>
    <w:p>
      <w:pPr>
        <w:keepNext/>
        <w:keepLines/>
        <w:spacing w:after="60"/>
      </w:pPr>
      <w:r>
        <w:rPr>
          <w:b/>
        </w:rPr>
        <w:t>9. ¿Para qué sirve principalmente el GPS?</w:t>
      </w:r>
    </w:p>
    <w:p>
      <w:pPr>
        <w:keepLines/>
        <w:spacing w:after="200"/>
      </w:pPr>
      <w:r>
        <w:rPr>
          <w:b w:val="0"/>
        </w:rPr>
        <w:t>Respuesta correcta A) Determinar la posición geográfica</w:t>
      </w:r>
    </w:p>
    <w:p>
      <w:pPr>
        <w:keepNext/>
        <w:keepLines/>
        <w:spacing w:after="60"/>
      </w:pPr>
      <w:r>
        <w:rPr>
          <w:b/>
        </w:rPr>
        <w:t>10. ¿Qué pareja contiene sistemas operativos habituales de móviles?</w:t>
      </w:r>
    </w:p>
    <w:p>
      <w:pPr>
        <w:keepLines/>
        <w:spacing w:after="200"/>
      </w:pPr>
      <w:r>
        <w:rPr>
          <w:b w:val="0"/>
        </w:rPr>
        <w:t>Respuesta correcta B) Android e iOS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60"/>
      </w:pPr>
      <w:r>
        <w:rPr>
          <w:b w:val="0"/>
        </w:rPr>
        <w:t>Respuestas 11 a 18</w:t>
      </w:r>
    </w:p>
    <w:p>
      <w:pPr>
        <w:keepNext/>
        <w:keepLines/>
        <w:spacing w:after="60"/>
      </w:pPr>
      <w:r>
        <w:rPr>
          <w:b/>
        </w:rPr>
        <w:t>11. ¿Qué es la placa base del móvil?</w:t>
      </w:r>
    </w:p>
    <w:p>
      <w:pPr>
        <w:keepLines/>
        <w:spacing w:after="200"/>
      </w:pPr>
      <w:r>
        <w:rPr>
          <w:b w:val="0"/>
        </w:rPr>
        <w:t>Respuesta correcta C) La placa donde se conectan e integran sus componentes</w:t>
      </w:r>
    </w:p>
    <w:p>
      <w:pPr>
        <w:keepNext/>
        <w:keepLines/>
        <w:spacing w:after="60"/>
      </w:pPr>
      <w:r>
        <w:rPr>
          <w:b/>
        </w:rPr>
        <w:t>12. ¿Qué significan las siglas SoC?</w:t>
      </w:r>
    </w:p>
    <w:p>
      <w:pPr>
        <w:keepLines/>
        <w:spacing w:after="200"/>
      </w:pPr>
      <w:r>
        <w:rPr>
          <w:b w:val="0"/>
        </w:rPr>
        <w:t>Respuesta correcta C) Sistema en un chip</w:t>
      </w:r>
    </w:p>
    <w:p>
      <w:pPr>
        <w:keepNext/>
        <w:keepLines/>
        <w:spacing w:after="60"/>
      </w:pPr>
      <w:r>
        <w:rPr>
          <w:b/>
        </w:rPr>
        <w:t>13. ¿Qué describe mejor un SoC?</w:t>
      </w:r>
    </w:p>
    <w:p>
      <w:pPr>
        <w:keepLines/>
        <w:spacing w:after="200"/>
      </w:pPr>
      <w:r>
        <w:rPr>
          <w:b w:val="0"/>
        </w:rPr>
        <w:t>Respuesta correcta B) Un chip que integra varios bloques con funciones diferentes</w:t>
      </w:r>
    </w:p>
    <w:p>
      <w:pPr>
        <w:keepNext/>
        <w:keepLines/>
        <w:spacing w:after="60"/>
      </w:pPr>
      <w:r>
        <w:rPr>
          <w:b/>
        </w:rPr>
        <w:t>14. ¿Qué significan las siglas CPU?</w:t>
      </w:r>
    </w:p>
    <w:p>
      <w:pPr>
        <w:keepLines/>
        <w:spacing w:after="200"/>
      </w:pPr>
      <w:r>
        <w:rPr>
          <w:b w:val="0"/>
        </w:rPr>
        <w:t>Respuesta correcta B) Unidad central de procesamiento</w:t>
      </w:r>
    </w:p>
    <w:p>
      <w:pPr>
        <w:keepNext/>
        <w:keepLines/>
        <w:spacing w:after="60"/>
      </w:pPr>
      <w:r>
        <w:rPr>
          <w:b/>
        </w:rPr>
        <w:t>15. ¿Qué significan las siglas GPU?</w:t>
      </w:r>
    </w:p>
    <w:p>
      <w:pPr>
        <w:keepLines/>
        <w:spacing w:after="200"/>
      </w:pPr>
      <w:r>
        <w:rPr>
          <w:b w:val="0"/>
        </w:rPr>
        <w:t>Respuesta correcta D) Unidad de procesamiento gráfico</w:t>
      </w:r>
    </w:p>
    <w:p>
      <w:pPr>
        <w:keepNext/>
        <w:keepLines/>
        <w:spacing w:after="60"/>
      </w:pPr>
      <w:r>
        <w:rPr>
          <w:b/>
        </w:rPr>
        <w:t>16. ¿Qué significa que una CPU tenga varios núcleos?</w:t>
      </w:r>
    </w:p>
    <w:p>
      <w:pPr>
        <w:keepLines/>
        <w:spacing w:after="200"/>
      </w:pPr>
      <w:r>
        <w:rPr>
          <w:b w:val="0"/>
        </w:rPr>
        <w:t>Respuesta correcta B) Que dispone de varias unidades capaces de ejecutar instrucciones</w:t>
      </w:r>
    </w:p>
    <w:p>
      <w:pPr>
        <w:keepNext/>
        <w:keepLines/>
        <w:spacing w:after="60"/>
      </w:pPr>
      <w:r>
        <w:rPr>
          <w:b/>
        </w:rPr>
        <w:t>17. ¿Qué caracteriza a la memoria RAM?</w:t>
      </w:r>
    </w:p>
    <w:p>
      <w:pPr>
        <w:keepLines/>
        <w:spacing w:after="200"/>
      </w:pPr>
      <w:r>
        <w:rPr>
          <w:b w:val="0"/>
        </w:rPr>
        <w:t>Respuesta correcta A) Guarda temporalmente datos y programas en uso</w:t>
      </w:r>
    </w:p>
    <w:p>
      <w:pPr>
        <w:keepNext/>
        <w:keepLines/>
        <w:spacing w:after="60"/>
      </w:pPr>
      <w:r>
        <w:rPr>
          <w:b/>
        </w:rPr>
        <w:t>18. ¿Qué componente del ordenador cumple la misma función que la RAM del móvil?</w:t>
      </w:r>
    </w:p>
    <w:p>
      <w:pPr>
        <w:keepLines/>
        <w:spacing w:after="200"/>
      </w:pPr>
      <w:r>
        <w:rPr>
          <w:b w:val="0"/>
        </w:rPr>
        <w:t>Respuesta correcta A) La memoria RAM del ordenador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60"/>
      </w:pPr>
      <w:r>
        <w:rPr>
          <w:b w:val="0"/>
        </w:rPr>
        <w:t>Respuestas 19 a 26</w:t>
      </w:r>
    </w:p>
    <w:p>
      <w:pPr>
        <w:keepNext/>
        <w:keepLines/>
        <w:spacing w:after="60"/>
      </w:pPr>
      <w:r>
        <w:rPr>
          <w:b/>
        </w:rPr>
        <w:t>19. ¿Qué expresa el dato 256 GB de almacenamiento?</w:t>
      </w:r>
    </w:p>
    <w:p>
      <w:pPr>
        <w:keepLines/>
        <w:spacing w:after="200"/>
      </w:pPr>
      <w:r>
        <w:rPr>
          <w:b w:val="0"/>
        </w:rPr>
        <w:t>Respuesta correcta C) La capacidad nominal para guardar datos y aplicaciones</w:t>
      </w:r>
    </w:p>
    <w:p>
      <w:pPr>
        <w:keepNext/>
        <w:keepLines/>
        <w:spacing w:after="60"/>
      </w:pPr>
      <w:r>
        <w:rPr>
          <w:b/>
        </w:rPr>
        <w:t>20. ¿Qué componente del ordenador realiza una función similar al almacenamiento del móvil?</w:t>
      </w:r>
    </w:p>
    <w:p>
      <w:pPr>
        <w:keepLines/>
        <w:spacing w:after="200"/>
      </w:pPr>
      <w:r>
        <w:rPr>
          <w:b w:val="0"/>
        </w:rPr>
        <w:t>Respuesta correcta D) El SSD o el disco duro</w:t>
      </w:r>
    </w:p>
    <w:p>
      <w:pPr>
        <w:keepNext/>
        <w:keepLines/>
        <w:spacing w:after="60"/>
      </w:pPr>
      <w:r>
        <w:rPr>
          <w:b/>
        </w:rPr>
        <w:t>21. ¿Qué es una tarjeta microSD?</w:t>
      </w:r>
    </w:p>
    <w:p>
      <w:pPr>
        <w:keepLines/>
        <w:spacing w:after="200"/>
      </w:pPr>
      <w:r>
        <w:rPr>
          <w:b w:val="0"/>
        </w:rPr>
        <w:t>Respuesta correcta C) Una tarjeta extraíble de almacenamiento</w:t>
      </w:r>
    </w:p>
    <w:p>
      <w:pPr>
        <w:keepNext/>
        <w:keepLines/>
        <w:spacing w:after="60"/>
      </w:pPr>
      <w:r>
        <w:rPr>
          <w:b/>
        </w:rPr>
        <w:t>22. ¿Qué afirmación sobre ampliar el móvil con microSD es correcta?</w:t>
      </w:r>
    </w:p>
    <w:p>
      <w:pPr>
        <w:keepLines/>
        <w:spacing w:after="200"/>
      </w:pPr>
      <w:r>
        <w:rPr>
          <w:b w:val="0"/>
        </w:rPr>
        <w:t>Respuesta correcta B) Solo es posible si el modelo dispone de soporte compatible</w:t>
      </w:r>
    </w:p>
    <w:p>
      <w:pPr>
        <w:keepNext/>
        <w:keepLines/>
        <w:spacing w:after="60"/>
      </w:pPr>
      <w:r>
        <w:rPr>
          <w:b/>
        </w:rPr>
        <w:t>23. ¿Por qué una pantalla táctil es un dispositivo de entrada y salida?</w:t>
      </w:r>
    </w:p>
    <w:p>
      <w:pPr>
        <w:keepLines/>
        <w:spacing w:after="200"/>
      </w:pPr>
      <w:r>
        <w:rPr>
          <w:b w:val="0"/>
        </w:rPr>
        <w:t>Respuesta correcta D) Recibe pulsaciones y muestra información</w:t>
      </w:r>
    </w:p>
    <w:p>
      <w:pPr>
        <w:keepNext/>
        <w:keepLines/>
        <w:spacing w:after="60"/>
      </w:pPr>
      <w:r>
        <w:rPr>
          <w:b/>
        </w:rPr>
        <w:t>24. ¿Qué indica la resolución de una pantalla?</w:t>
      </w:r>
    </w:p>
    <w:p>
      <w:pPr>
        <w:keepLines/>
        <w:spacing w:after="200"/>
      </w:pPr>
      <w:r>
        <w:rPr>
          <w:b w:val="0"/>
        </w:rPr>
        <w:t>Respuesta correcta A) El número de píxeles que forman la imagen</w:t>
      </w:r>
    </w:p>
    <w:p>
      <w:pPr>
        <w:keepNext/>
        <w:keepLines/>
        <w:spacing w:after="60"/>
      </w:pPr>
      <w:r>
        <w:rPr>
          <w:b/>
        </w:rPr>
        <w:t>25. ¿Qué significa que una pantalla funcione a 120 Hz?</w:t>
      </w:r>
    </w:p>
    <w:p>
      <w:pPr>
        <w:keepLines/>
        <w:spacing w:after="200"/>
      </w:pPr>
      <w:r>
        <w:rPr>
          <w:b w:val="0"/>
        </w:rPr>
        <w:t>Respuesta correcta A) Que puede actualizarse 120 veces por segundo</w:t>
      </w:r>
    </w:p>
    <w:p>
      <w:pPr>
        <w:keepNext/>
        <w:keepLines/>
        <w:spacing w:after="60"/>
      </w:pPr>
      <w:r>
        <w:rPr>
          <w:b/>
        </w:rPr>
        <w:t>26. ¿Qué caracteriza a una pantalla OLED?</w:t>
      </w:r>
    </w:p>
    <w:p>
      <w:pPr>
        <w:keepLines/>
        <w:spacing w:after="200"/>
      </w:pPr>
      <w:r>
        <w:rPr>
          <w:b w:val="0"/>
        </w:rPr>
        <w:t>Respuesta correcta A) Sus píxeles emiten luz propia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60"/>
      </w:pPr>
      <w:r>
        <w:rPr>
          <w:b w:val="0"/>
        </w:rPr>
        <w:t>Respuestas 27 a 34</w:t>
      </w:r>
    </w:p>
    <w:p>
      <w:pPr>
        <w:keepNext/>
        <w:keepLines/>
        <w:spacing w:after="60"/>
      </w:pPr>
      <w:r>
        <w:rPr>
          <w:b/>
        </w:rPr>
        <w:t>27. ¿Qué significa mAh en la capacidad de una batería?</w:t>
      </w:r>
    </w:p>
    <w:p>
      <w:pPr>
        <w:keepLines/>
        <w:spacing w:after="200"/>
      </w:pPr>
      <w:r>
        <w:rPr>
          <w:b w:val="0"/>
        </w:rPr>
        <w:t>Respuesta correcta D) Miliamperio hora</w:t>
      </w:r>
    </w:p>
    <w:p>
      <w:pPr>
        <w:keepNext/>
        <w:keepLines/>
        <w:spacing w:after="60"/>
      </w:pPr>
      <w:r>
        <w:rPr>
          <w:b/>
        </w:rPr>
        <w:t>28. ¿Qué hace el sensor de imagen de una cámara?</w:t>
      </w:r>
    </w:p>
    <w:p>
      <w:pPr>
        <w:keepLines/>
        <w:spacing w:after="200"/>
      </w:pPr>
      <w:r>
        <w:rPr>
          <w:b w:val="0"/>
        </w:rPr>
        <w:t>Respuesta correcta A) Transforma la luz recibida en señales eléctricas</w:t>
      </w:r>
    </w:p>
    <w:p>
      <w:pPr>
        <w:keepNext/>
        <w:keepLines/>
        <w:spacing w:after="60"/>
      </w:pPr>
      <w:r>
        <w:rPr>
          <w:b/>
        </w:rPr>
        <w:t>29. ¿Qué equivale aproximadamente a un megapíxel?</w:t>
      </w:r>
    </w:p>
    <w:p>
      <w:pPr>
        <w:keepLines/>
        <w:spacing w:after="200"/>
      </w:pPr>
      <w:r>
        <w:rPr>
          <w:b w:val="0"/>
        </w:rPr>
        <w:t>Respuesta correcta B) Un millón de píxeles</w:t>
      </w:r>
    </w:p>
    <w:p>
      <w:pPr>
        <w:keepNext/>
        <w:keepLines/>
        <w:spacing w:after="60"/>
      </w:pPr>
      <w:r>
        <w:rPr>
          <w:b/>
        </w:rPr>
        <w:t>30. ¿Por qué un móvil puede tener varias cámaras traseras?</w:t>
      </w:r>
    </w:p>
    <w:p>
      <w:pPr>
        <w:keepLines/>
        <w:spacing w:after="200"/>
      </w:pPr>
      <w:r>
        <w:rPr>
          <w:b w:val="0"/>
        </w:rPr>
        <w:t>Respuesta correcta D) Para disponer de distintos ángulos de visión y usos</w:t>
      </w:r>
    </w:p>
    <w:p>
      <w:pPr>
        <w:keepNext/>
        <w:keepLines/>
        <w:spacing w:after="60"/>
      </w:pPr>
      <w:r>
        <w:rPr>
          <w:b/>
        </w:rPr>
        <w:t>31. ¿Qué conjunto incluye componentes conectados a la placa base del móvil?</w:t>
      </w:r>
    </w:p>
    <w:p>
      <w:pPr>
        <w:keepLines/>
        <w:spacing w:after="200"/>
      </w:pPr>
      <w:r>
        <w:rPr>
          <w:b w:val="0"/>
        </w:rPr>
        <w:t>Respuesta correcta D) Pantalla, cámaras y batería</w:t>
      </w:r>
    </w:p>
    <w:p>
      <w:pPr>
        <w:keepNext/>
        <w:keepLines/>
        <w:spacing w:after="60"/>
      </w:pPr>
      <w:r>
        <w:rPr>
          <w:b/>
        </w:rPr>
        <w:t>32. ¿Qué grupo contiene sistemas operativos habituales de ordenadores?</w:t>
      </w:r>
    </w:p>
    <w:p>
      <w:pPr>
        <w:keepLines/>
        <w:spacing w:after="200"/>
      </w:pPr>
      <w:r>
        <w:rPr>
          <w:b w:val="0"/>
        </w:rPr>
        <w:t>Respuesta correcta C) Windows, macOS y Linux</w:t>
      </w:r>
    </w:p>
    <w:p>
      <w:pPr>
        <w:keepNext/>
        <w:keepLines/>
        <w:spacing w:after="60"/>
      </w:pPr>
      <w:r>
        <w:rPr>
          <w:b/>
        </w:rPr>
        <w:t>33. ¿Qué significa que un móvil tenga 8 GB de RAM?</w:t>
      </w:r>
    </w:p>
    <w:p>
      <w:pPr>
        <w:keepLines/>
        <w:spacing w:after="200"/>
      </w:pPr>
      <w:r>
        <w:rPr>
          <w:b w:val="0"/>
        </w:rPr>
        <w:t>Respuesta correcta C) Dispone de esa capacidad nominal de memoria de trabajo</w:t>
      </w:r>
    </w:p>
    <w:p>
      <w:pPr>
        <w:keepNext/>
        <w:keepLines/>
        <w:spacing w:after="60"/>
      </w:pPr>
      <w:r>
        <w:rPr>
          <w:b/>
        </w:rPr>
        <w:t>34. ¿Qué dato interesa especialmente para guardar muchos vídeos?</w:t>
      </w:r>
    </w:p>
    <w:p>
      <w:pPr>
        <w:keepLines/>
        <w:spacing w:after="200"/>
      </w:pPr>
      <w:r>
        <w:rPr>
          <w:b w:val="0"/>
        </w:rPr>
        <w:t>Respuesta correcta D) La capacidad de almacenamiento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60"/>
      </w:pPr>
      <w:r>
        <w:rPr>
          <w:b w:val="0"/>
        </w:rPr>
        <w:t>Respuestas 35 a 42</w:t>
      </w:r>
    </w:p>
    <w:p>
      <w:pPr>
        <w:keepNext/>
        <w:keepLines/>
        <w:spacing w:after="60"/>
      </w:pPr>
      <w:r>
        <w:rPr>
          <w:b/>
        </w:rPr>
        <w:t>35. ¿Qué elemento de un portátil se parece más a la batería de un móvil?</w:t>
      </w:r>
    </w:p>
    <w:p>
      <w:pPr>
        <w:keepLines/>
        <w:spacing w:after="200"/>
      </w:pPr>
      <w:r>
        <w:rPr>
          <w:b w:val="0"/>
        </w:rPr>
        <w:t>Respuesta correcta C) La batería del portátil</w:t>
      </w:r>
    </w:p>
    <w:p>
      <w:pPr>
        <w:keepNext/>
        <w:keepLines/>
        <w:spacing w:after="60"/>
      </w:pPr>
      <w:r>
        <w:rPr>
          <w:b/>
        </w:rPr>
        <w:t>36. ¿Qué componente alimenta habitualmente un ordenador de sobremesa desde la red eléctrica?</w:t>
      </w:r>
    </w:p>
    <w:p>
      <w:pPr>
        <w:keepLines/>
        <w:spacing w:after="200"/>
      </w:pPr>
      <w:r>
        <w:rPr>
          <w:b w:val="0"/>
        </w:rPr>
        <w:t>Respuesta correcta A) La fuente de alimentación</w:t>
      </w:r>
    </w:p>
    <w:p>
      <w:pPr>
        <w:keepNext/>
        <w:keepLines/>
        <w:spacing w:after="60"/>
      </w:pPr>
      <w:r>
        <w:rPr>
          <w:b/>
        </w:rPr>
        <w:t>37. ¿Qué periférico sustituye parcialmente la pantalla táctil al seleccionar iconos?</w:t>
      </w:r>
    </w:p>
    <w:p>
      <w:pPr>
        <w:keepLines/>
        <w:spacing w:after="200"/>
      </w:pPr>
      <w:r>
        <w:rPr>
          <w:b w:val="0"/>
        </w:rPr>
        <w:t>Respuesta correcta D) El ratón</w:t>
      </w:r>
    </w:p>
    <w:p>
      <w:pPr>
        <w:keepNext/>
        <w:keepLines/>
        <w:spacing w:after="60"/>
      </w:pPr>
      <w:r>
        <w:rPr>
          <w:b/>
        </w:rPr>
        <w:t>38. ¿Qué distingue normalmente a la cámara frontal de la trasera?</w:t>
      </w:r>
    </w:p>
    <w:p>
      <w:pPr>
        <w:keepLines/>
        <w:spacing w:after="200"/>
      </w:pPr>
      <w:r>
        <w:rPr>
          <w:b w:val="0"/>
        </w:rPr>
        <w:t>Respuesta correcta B) La frontal está orientada hacia quien mira la pantalla</w:t>
      </w:r>
    </w:p>
    <w:p>
      <w:pPr>
        <w:keepNext/>
        <w:keepLines/>
        <w:spacing w:after="60"/>
      </w:pPr>
      <w:r>
        <w:rPr>
          <w:b/>
        </w:rPr>
        <w:t>39. ¿Para qué sirve el flash?</w:t>
      </w:r>
    </w:p>
    <w:p>
      <w:pPr>
        <w:keepLines/>
        <w:spacing w:after="200"/>
      </w:pPr>
      <w:r>
        <w:rPr>
          <w:b w:val="0"/>
        </w:rPr>
        <w:t>Respuesta correcta A) Para iluminar la escena al fotografiar</w:t>
      </w:r>
    </w:p>
    <w:p>
      <w:pPr>
        <w:keepNext/>
        <w:keepLines/>
        <w:spacing w:after="60"/>
      </w:pPr>
      <w:r>
        <w:rPr>
          <w:b/>
        </w:rPr>
        <w:t>40. ¿Dónde se guarda finalmente una fotografía para conservarla?</w:t>
      </w:r>
    </w:p>
    <w:p>
      <w:pPr>
        <w:keepLines/>
        <w:spacing w:after="200"/>
      </w:pPr>
      <w:r>
        <w:rPr>
          <w:b w:val="0"/>
        </w:rPr>
        <w:t>Respuesta correcta D) En el almacenamiento interno o en una tarjeta compatible</w:t>
      </w:r>
    </w:p>
    <w:p>
      <w:pPr>
        <w:keepNext/>
        <w:keepLines/>
        <w:spacing w:after="60"/>
      </w:pPr>
      <w:r>
        <w:rPr>
          <w:b/>
        </w:rPr>
        <w:t>41. ¿Qué permite hacer el Wi-Fi?</w:t>
      </w:r>
    </w:p>
    <w:p>
      <w:pPr>
        <w:keepLines/>
        <w:spacing w:after="200"/>
      </w:pPr>
      <w:r>
        <w:rPr>
          <w:b w:val="0"/>
        </w:rPr>
        <w:t>Respuesta correcta A) Conectarse de forma inalámbrica a una red local</w:t>
      </w:r>
    </w:p>
    <w:p>
      <w:pPr>
        <w:keepNext/>
        <w:keepLines/>
        <w:spacing w:after="60"/>
      </w:pPr>
      <w:r>
        <w:rPr>
          <w:b/>
        </w:rPr>
        <w:t>42. ¿Cuál es un uso habitual de Bluetooth?</w:t>
      </w:r>
    </w:p>
    <w:p>
      <w:pPr>
        <w:keepLines/>
        <w:spacing w:after="200"/>
      </w:pPr>
      <w:r>
        <w:rPr>
          <w:b w:val="0"/>
        </w:rPr>
        <w:t>Respuesta correcta D) Conectar auriculares inalámbricos al móvil</w:t>
      </w:r>
    </w:p>
    <w:p>
      <w:r>
        <w:br w:type="page"/>
      </w:r>
    </w:p>
    <w:p>
      <w:pPr>
        <w:pStyle w:val="Heading1"/>
      </w:pPr>
      <w:r>
        <w:t>Bloque 2 Preguntas de dificultad media</w:t>
      </w:r>
    </w:p>
    <w:p>
      <w:pPr>
        <w:spacing w:after="160"/>
      </w:pPr>
      <w:r>
        <w:rPr>
          <w:b w:val="0"/>
        </w:rPr>
        <w:t>Respuestas 43 a 50</w:t>
      </w:r>
    </w:p>
    <w:p>
      <w:pPr>
        <w:keepNext/>
        <w:keepLines/>
        <w:spacing w:after="60"/>
      </w:pPr>
      <w:r>
        <w:rPr>
          <w:b/>
        </w:rPr>
        <w:t>43. ¿Cuál es un uso habitual de NFC?</w:t>
      </w:r>
    </w:p>
    <w:p>
      <w:pPr>
        <w:keepLines/>
        <w:spacing w:after="200"/>
      </w:pPr>
      <w:r>
        <w:rPr>
          <w:b w:val="0"/>
        </w:rPr>
        <w:t>Respuesta correcta A) Realizar un pago acercando el móvil a un terminal compatible</w:t>
      </w:r>
    </w:p>
    <w:p>
      <w:pPr>
        <w:keepNext/>
        <w:keepLines/>
        <w:spacing w:after="60"/>
      </w:pPr>
      <w:r>
        <w:rPr>
          <w:b/>
        </w:rPr>
        <w:t>44. ¿Qué permite una conexión 4G o 5G con servicio del operador?</w:t>
      </w:r>
    </w:p>
    <w:p>
      <w:pPr>
        <w:keepLines/>
        <w:spacing w:after="200"/>
      </w:pPr>
      <w:r>
        <w:rPr>
          <w:b w:val="0"/>
        </w:rPr>
        <w:t>Respuesta correcta B) Acceder a servicios de una red móvil</w:t>
      </w:r>
    </w:p>
    <w:p>
      <w:pPr>
        <w:keepNext/>
        <w:keepLines/>
        <w:spacing w:after="60"/>
      </w:pPr>
      <w:r>
        <w:rPr>
          <w:b/>
        </w:rPr>
        <w:t>45. ¿Qué es USB-C?</w:t>
      </w:r>
    </w:p>
    <w:p>
      <w:pPr>
        <w:keepLines/>
        <w:spacing w:after="200"/>
      </w:pPr>
      <w:r>
        <w:rPr>
          <w:b w:val="0"/>
        </w:rPr>
        <w:t>Respuesta correcta D) Un tipo de conector físico reversible</w:t>
      </w:r>
    </w:p>
    <w:p>
      <w:pPr>
        <w:keepNext/>
        <w:keepLines/>
        <w:spacing w:after="60"/>
      </w:pPr>
      <w:r>
        <w:rPr>
          <w:b/>
        </w:rPr>
        <w:t>46. ¿Qué es un sensor?</w:t>
      </w:r>
    </w:p>
    <w:p>
      <w:pPr>
        <w:keepLines/>
        <w:spacing w:after="200"/>
      </w:pPr>
      <w:r>
        <w:rPr>
          <w:b w:val="0"/>
        </w:rPr>
        <w:t>Respuesta correcta C) Un componente que detecta magnitudes o cambios del entorno</w:t>
      </w:r>
    </w:p>
    <w:p>
      <w:pPr>
        <w:keepNext/>
        <w:keepLines/>
        <w:spacing w:after="60"/>
      </w:pPr>
      <w:r>
        <w:rPr>
          <w:b/>
        </w:rPr>
        <w:t>47. ¿Qué mide principalmente el acelerómetro?</w:t>
      </w:r>
    </w:p>
    <w:p>
      <w:pPr>
        <w:keepLines/>
        <w:spacing w:after="200"/>
      </w:pPr>
      <w:r>
        <w:rPr>
          <w:b w:val="0"/>
        </w:rPr>
        <w:t>Respuesta correcta C) La aceleración del dispositivo</w:t>
      </w:r>
    </w:p>
    <w:p>
      <w:pPr>
        <w:keepNext/>
        <w:keepLines/>
        <w:spacing w:after="60"/>
      </w:pPr>
      <w:r>
        <w:rPr>
          <w:b/>
        </w:rPr>
        <w:t>48. ¿Qué detecta el sensor de proximidad?</w:t>
      </w:r>
    </w:p>
    <w:p>
      <w:pPr>
        <w:keepLines/>
        <w:spacing w:after="200"/>
      </w:pPr>
      <w:r>
        <w:rPr>
          <w:b w:val="0"/>
        </w:rPr>
        <w:t>Respuesta correcta C) La presencia de un objeto cercano</w:t>
      </w:r>
    </w:p>
    <w:p>
      <w:pPr>
        <w:keepNext/>
        <w:keepLines/>
        <w:spacing w:after="60"/>
      </w:pPr>
      <w:r>
        <w:rPr>
          <w:b/>
        </w:rPr>
        <w:t>49. ¿Para qué sirve el sensor de luz ambiental?</w:t>
      </w:r>
    </w:p>
    <w:p>
      <w:pPr>
        <w:keepLines/>
        <w:spacing w:after="200"/>
      </w:pPr>
      <w:r>
        <w:rPr>
          <w:b w:val="0"/>
        </w:rPr>
        <w:t>Respuesta correcta B) Para ayudar a ajustar el brillo según la iluminación</w:t>
      </w:r>
    </w:p>
    <w:p>
      <w:pPr>
        <w:keepNext/>
        <w:keepLines/>
        <w:spacing w:after="60"/>
      </w:pPr>
      <w:r>
        <w:rPr>
          <w:b/>
        </w:rPr>
        <w:t>50. ¿Para qué se utiliza el lector de huellas?</w:t>
      </w:r>
    </w:p>
    <w:p>
      <w:pPr>
        <w:keepLines/>
        <w:spacing w:after="200"/>
      </w:pPr>
      <w:r>
        <w:rPr>
          <w:b w:val="0"/>
        </w:rPr>
        <w:t>Respuesta correcta D) Para autenticar al usuario mediante su huella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60"/>
      </w:pPr>
      <w:r>
        <w:rPr>
          <w:b w:val="0"/>
        </w:rPr>
        <w:t>Respuestas 51 a 58</w:t>
      </w:r>
    </w:p>
    <w:p>
      <w:pPr>
        <w:keepNext/>
        <w:keepLines/>
        <w:spacing w:after="60"/>
      </w:pPr>
      <w:r>
        <w:rPr>
          <w:b/>
        </w:rPr>
        <w:t>51. ¿Qué ventaja suele tener integrar varios bloques en un SoC?</w:t>
      </w:r>
    </w:p>
    <w:p>
      <w:pPr>
        <w:keepLines/>
        <w:spacing w:after="200"/>
      </w:pPr>
      <w:r>
        <w:rPr>
          <w:b w:val="0"/>
        </w:rPr>
        <w:t>Respuesta correcta B) Reduce el espacio ocupado y puede mejorar la eficiencia</w:t>
      </w:r>
    </w:p>
    <w:p>
      <w:pPr>
        <w:keepNext/>
        <w:keepLines/>
        <w:spacing w:after="60"/>
      </w:pPr>
      <w:r>
        <w:rPr>
          <w:b/>
        </w:rPr>
        <w:t>52. Dos móviles tienen diferente número de núcleos. ¿Qué permite concluir ese dato por sí solo?</w:t>
      </w:r>
    </w:p>
    <w:p>
      <w:pPr>
        <w:keepLines/>
        <w:spacing w:after="200"/>
      </w:pPr>
      <w:r>
        <w:rPr>
          <w:b w:val="0"/>
        </w:rPr>
        <w:t>Respuesta correcta B) No basta para saber cuál será más rápido</w:t>
      </w:r>
    </w:p>
    <w:p>
      <w:pPr>
        <w:keepNext/>
        <w:keepLines/>
        <w:spacing w:after="60"/>
      </w:pPr>
      <w:r>
        <w:rPr>
          <w:b/>
        </w:rPr>
        <w:t>53. ¿Qué relación existe entre CPU y SoC?</w:t>
      </w:r>
    </w:p>
    <w:p>
      <w:pPr>
        <w:keepLines/>
        <w:spacing w:after="200"/>
      </w:pPr>
      <w:r>
        <w:rPr>
          <w:b w:val="0"/>
        </w:rPr>
        <w:t>Respuesta correcta D) La CPU puede ser uno de los bloques integrados en el SoC</w:t>
      </w:r>
    </w:p>
    <w:p>
      <w:pPr>
        <w:keepNext/>
        <w:keepLines/>
        <w:spacing w:after="60"/>
      </w:pPr>
      <w:r>
        <w:rPr>
          <w:b/>
        </w:rPr>
        <w:t>54. ¿Cómo puede un móvil ejecutar juegos sin una tarjeta gráfica grande?</w:t>
      </w:r>
    </w:p>
    <w:p>
      <w:pPr>
        <w:keepLines/>
        <w:spacing w:after="200"/>
      </w:pPr>
      <w:r>
        <w:rPr>
          <w:b w:val="0"/>
        </w:rPr>
        <w:t>Respuesta correcta C) Puede integrar una GPU dentro de su SoC</w:t>
      </w:r>
    </w:p>
    <w:p>
      <w:pPr>
        <w:keepNext/>
        <w:keepLines/>
        <w:spacing w:after="60"/>
      </w:pPr>
      <w:r>
        <w:rPr>
          <w:b/>
        </w:rPr>
        <w:t>55. Al volver a una aplicación, esta se recarga con frecuencia. ¿Qué explicación relacionada con RAM es razonable?</w:t>
      </w:r>
    </w:p>
    <w:p>
      <w:pPr>
        <w:keepLines/>
        <w:spacing w:after="200"/>
      </w:pPr>
      <w:r>
        <w:rPr>
          <w:b w:val="0"/>
        </w:rPr>
        <w:t>Respuesta correcta A) El sistema libera RAM cerrando o retirando aplicaciones de la memoria</w:t>
      </w:r>
    </w:p>
    <w:p>
      <w:pPr>
        <w:keepNext/>
        <w:keepLines/>
        <w:spacing w:after="60"/>
      </w:pPr>
      <w:r>
        <w:rPr>
          <w:b/>
        </w:rPr>
        <w:t>56. ¿Qué diferencia hay entre 8 GB de RAM y 128 GB de almacenamiento?</w:t>
      </w:r>
    </w:p>
    <w:p>
      <w:pPr>
        <w:keepLines/>
        <w:spacing w:after="200"/>
      </w:pPr>
      <w:r>
        <w:rPr>
          <w:b w:val="0"/>
        </w:rPr>
        <w:t>Respuesta correcta A) Son capacidades de memorias con funciones diferentes</w:t>
      </w:r>
    </w:p>
    <w:p>
      <w:pPr>
        <w:keepNext/>
        <w:keepLines/>
        <w:spacing w:after="60"/>
      </w:pPr>
      <w:r>
        <w:rPr>
          <w:b/>
        </w:rPr>
        <w:t>57. ¿En qué se parecen el almacenamiento de un móvil y un SSD?</w:t>
      </w:r>
    </w:p>
    <w:p>
      <w:pPr>
        <w:keepLines/>
        <w:spacing w:after="200"/>
      </w:pPr>
      <w:r>
        <w:rPr>
          <w:b w:val="0"/>
        </w:rPr>
        <w:t>Respuesta correcta B) Usan memoria no volátil para conservar datos sin alimentación</w:t>
      </w:r>
    </w:p>
    <w:p>
      <w:pPr>
        <w:keepNext/>
        <w:keepLines/>
        <w:spacing w:after="60"/>
      </w:pPr>
      <w:r>
        <w:rPr>
          <w:b/>
        </w:rPr>
        <w:t>58. Un móvil pasa de 128 GB a 256 GB de almacenamiento. ¿Qué mejora queda asegurada por ese dato?</w:t>
      </w:r>
    </w:p>
    <w:p>
      <w:pPr>
        <w:keepLines/>
        <w:spacing w:after="200"/>
      </w:pPr>
      <w:r>
        <w:rPr>
          <w:b w:val="0"/>
        </w:rPr>
        <w:t>Respuesta correcta D) Mayor capacidad nominal para guardar datos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60"/>
      </w:pPr>
      <w:r>
        <w:rPr>
          <w:b w:val="0"/>
        </w:rPr>
        <w:t>Respuestas 59 a 66</w:t>
      </w:r>
    </w:p>
    <w:p>
      <w:pPr>
        <w:keepNext/>
        <w:keepLines/>
        <w:spacing w:after="60"/>
      </w:pPr>
      <w:r>
        <w:rPr>
          <w:b/>
        </w:rPr>
        <w:t>59. Dos pantallas tienen la misma diagonal y diferente resolución. ¿Qué cambia directamente?</w:t>
      </w:r>
    </w:p>
    <w:p>
      <w:pPr>
        <w:keepLines/>
        <w:spacing w:after="200"/>
      </w:pPr>
      <w:r>
        <w:rPr>
          <w:b w:val="0"/>
        </w:rPr>
        <w:t>Respuesta correcta D) El número de píxeles que forman la imagen</w:t>
      </w:r>
    </w:p>
    <w:p>
      <w:pPr>
        <w:keepNext/>
        <w:keepLines/>
        <w:spacing w:after="60"/>
      </w:pPr>
      <w:r>
        <w:rPr>
          <w:b/>
        </w:rPr>
        <w:t>60. ¿Por qué una batería con más mAh no garantiza mayor autonomía entre móviles distintos?</w:t>
      </w:r>
    </w:p>
    <w:p>
      <w:pPr>
        <w:keepLines/>
        <w:spacing w:after="200"/>
      </w:pPr>
      <w:r>
        <w:rPr>
          <w:b w:val="0"/>
        </w:rPr>
        <w:t>Respuesta correcta D) La autonomía también depende del consumo del dispositivo</w:t>
      </w:r>
    </w:p>
    <w:p>
      <w:pPr>
        <w:keepNext/>
        <w:keepLines/>
        <w:spacing w:after="60"/>
      </w:pPr>
      <w:r>
        <w:rPr>
          <w:b/>
        </w:rPr>
        <w:t>61. ¿Por qué una batería puede perder capacidad con el tiempo?</w:t>
      </w:r>
    </w:p>
    <w:p>
      <w:pPr>
        <w:keepLines/>
        <w:spacing w:after="200"/>
      </w:pPr>
      <w:r>
        <w:rPr>
          <w:b w:val="0"/>
        </w:rPr>
        <w:t>Respuesta correcta D) Por envejecimiento químico y ciclos de carga y descarga</w:t>
      </w:r>
    </w:p>
    <w:p>
      <w:pPr>
        <w:keepNext/>
        <w:keepLines/>
        <w:spacing w:after="60"/>
      </w:pPr>
      <w:r>
        <w:rPr>
          <w:b/>
        </w:rPr>
        <w:t>62. ¿Qué conjunto puede aumentar el consumo del móvil?</w:t>
      </w:r>
    </w:p>
    <w:p>
      <w:pPr>
        <w:keepLines/>
        <w:spacing w:after="200"/>
      </w:pPr>
      <w:r>
        <w:rPr>
          <w:b w:val="0"/>
        </w:rPr>
        <w:t>Respuesta correcta D) Brillo alto, juegos exigentes y uso prolongado de navegación</w:t>
      </w:r>
    </w:p>
    <w:p>
      <w:pPr>
        <w:keepNext/>
        <w:keepLines/>
        <w:spacing w:after="60"/>
      </w:pPr>
      <w:r>
        <w:rPr>
          <w:b/>
        </w:rPr>
        <w:t>63. ¿Qué conclusión es correcta al comparar cámaras de 12 y 48 megapíxeles?</w:t>
      </w:r>
    </w:p>
    <w:p>
      <w:pPr>
        <w:keepLines/>
        <w:spacing w:after="200"/>
      </w:pPr>
      <w:r>
        <w:rPr>
          <w:b w:val="0"/>
        </w:rPr>
        <w:t>Respuesta correcta C) Los megapíxeles por sí solos no determinan la calidad</w:t>
      </w:r>
    </w:p>
    <w:p>
      <w:pPr>
        <w:keepNext/>
        <w:keepLines/>
        <w:spacing w:after="60"/>
      </w:pPr>
      <w:r>
        <w:rPr>
          <w:b/>
        </w:rPr>
        <w:t>64. ¿Qué conjunto influye en la calidad de una fotografía además de los megapíxeles?</w:t>
      </w:r>
    </w:p>
    <w:p>
      <w:pPr>
        <w:keepLines/>
        <w:spacing w:after="200"/>
      </w:pPr>
      <w:r>
        <w:rPr>
          <w:b w:val="0"/>
        </w:rPr>
        <w:t>Respuesta correcta B) Óptica, sensor, luz y procesamiento</w:t>
      </w:r>
    </w:p>
    <w:p>
      <w:pPr>
        <w:keepNext/>
        <w:keepLines/>
        <w:spacing w:after="60"/>
      </w:pPr>
      <w:r>
        <w:rPr>
          <w:b/>
        </w:rPr>
        <w:t>65. ¿Qué comparación entre Wi-Fi y Bluetooth es adecuada?</w:t>
      </w:r>
    </w:p>
    <w:p>
      <w:pPr>
        <w:keepLines/>
        <w:spacing w:after="200"/>
      </w:pPr>
      <w:r>
        <w:rPr>
          <w:b w:val="0"/>
        </w:rPr>
        <w:t>Respuesta correcta C) Wi-Fi suele conectar a redes y Bluetooth suele enlazar dispositivos próximos</w:t>
      </w:r>
    </w:p>
    <w:p>
      <w:pPr>
        <w:keepNext/>
        <w:keepLines/>
        <w:spacing w:after="60"/>
      </w:pPr>
      <w:r>
        <w:rPr>
          <w:b/>
        </w:rPr>
        <w:t>66. Con RAM escasa, varias aplicaciones vuelven a cargar al alternar entre ellas. ¿Qué mejora ayudaría, con lo demás comparable?</w:t>
      </w:r>
    </w:p>
    <w:p>
      <w:pPr>
        <w:keepLines/>
        <w:spacing w:after="200"/>
      </w:pPr>
      <w:r>
        <w:rPr>
          <w:b w:val="0"/>
        </w:rPr>
        <w:t>Respuesta correcta C) Disponer de más RAM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60"/>
      </w:pPr>
      <w:r>
        <w:rPr>
          <w:b w:val="0"/>
        </w:rPr>
        <w:t>Respuestas 67 a 74</w:t>
      </w:r>
    </w:p>
    <w:p>
      <w:pPr>
        <w:keepNext/>
        <w:keepLines/>
        <w:spacing w:after="60"/>
      </w:pPr>
      <w:r>
        <w:rPr>
          <w:b/>
        </w:rPr>
        <w:t>67. El móvil no permite guardar un vídeo por falta de espacio. ¿Qué acción resuelve directamente ese problema?</w:t>
      </w:r>
    </w:p>
    <w:p>
      <w:pPr>
        <w:keepLines/>
        <w:spacing w:after="200"/>
      </w:pPr>
      <w:r>
        <w:rPr>
          <w:b w:val="0"/>
        </w:rPr>
        <w:t>Respuesta correcta C) Liberar almacenamiento o ampliarlo si el modelo lo permite</w:t>
      </w:r>
    </w:p>
    <w:p>
      <w:pPr>
        <w:keepNext/>
        <w:keepLines/>
        <w:spacing w:after="60"/>
      </w:pPr>
      <w:r>
        <w:rPr>
          <w:b/>
        </w:rPr>
        <w:t>68. ¿Qué ocurre necesariamente al ampliar el almacenamiento compatible de un móvil?</w:t>
      </w:r>
    </w:p>
    <w:p>
      <w:pPr>
        <w:keepLines/>
        <w:spacing w:after="200"/>
      </w:pPr>
      <w:r>
        <w:rPr>
          <w:b w:val="0"/>
        </w:rPr>
        <w:t>Respuesta correcta D) Aumenta el espacio para archivos, sin aumentar por ello la RAM</w:t>
      </w:r>
    </w:p>
    <w:p>
      <w:pPr>
        <w:keepNext/>
        <w:keepLines/>
        <w:spacing w:after="60"/>
      </w:pPr>
      <w:r>
        <w:rPr>
          <w:b/>
        </w:rPr>
        <w:t>69. ¿Por qué una pantalla grande puede consumir más batería?</w:t>
      </w:r>
    </w:p>
    <w:p>
      <w:pPr>
        <w:keepLines/>
        <w:spacing w:after="200"/>
      </w:pPr>
      <w:r>
        <w:rPr>
          <w:b w:val="0"/>
        </w:rPr>
        <w:t>Respuesta correcta B) La superficie iluminada y sus condiciones de uso pueden aumentar el consumo</w:t>
      </w:r>
    </w:p>
    <w:p>
      <w:pPr>
        <w:keepNext/>
        <w:keepLines/>
        <w:spacing w:after="60"/>
      </w:pPr>
      <w:r>
        <w:rPr>
          <w:b/>
        </w:rPr>
        <w:t>70. ¿Por qué un videojuego exigente suele consumir bastante energía?</w:t>
      </w:r>
    </w:p>
    <w:p>
      <w:pPr>
        <w:keepLines/>
        <w:spacing w:after="200"/>
      </w:pPr>
      <w:r>
        <w:rPr>
          <w:b w:val="0"/>
        </w:rPr>
        <w:t>Respuesta correcta A) CPU, GPU y pantalla realizan trabajo intenso</w:t>
      </w:r>
    </w:p>
    <w:p>
      <w:pPr>
        <w:keepNext/>
        <w:keepLines/>
        <w:spacing w:after="60"/>
      </w:pPr>
      <w:r>
        <w:rPr>
          <w:b/>
        </w:rPr>
        <w:t>71. ¿Qué funciones de periféricos puede asumir parcialmente una pantalla táctil?</w:t>
      </w:r>
    </w:p>
    <w:p>
      <w:pPr>
        <w:keepLines/>
        <w:spacing w:after="200"/>
      </w:pPr>
      <w:r>
        <w:rPr>
          <w:b w:val="0"/>
        </w:rPr>
        <w:t>Respuesta correcta A) Mostrar información y permitir pulsar o escribir, como monitor, ratón y teclado</w:t>
      </w:r>
    </w:p>
    <w:p>
      <w:pPr>
        <w:keepNext/>
        <w:keepLines/>
        <w:spacing w:after="60"/>
      </w:pPr>
      <w:r>
        <w:rPr>
          <w:b/>
        </w:rPr>
        <w:t>72. ¿Qué ventaja puede tener una frecuencia de actualización alta?</w:t>
      </w:r>
    </w:p>
    <w:p>
      <w:pPr>
        <w:keepLines/>
        <w:spacing w:after="200"/>
      </w:pPr>
      <w:r>
        <w:rPr>
          <w:b w:val="0"/>
        </w:rPr>
        <w:t>Respuesta correcta C) Mostrar movimientos e interacciones con mayor fluidez</w:t>
      </w:r>
    </w:p>
    <w:p>
      <w:pPr>
        <w:keepNext/>
        <w:keepLines/>
        <w:spacing w:after="60"/>
      </w:pPr>
      <w:r>
        <w:rPr>
          <w:b/>
        </w:rPr>
        <w:t>73. ¿Qué posible coste tiene utilizar una frecuencia de pantalla más alta?</w:t>
      </w:r>
    </w:p>
    <w:p>
      <w:pPr>
        <w:keepLines/>
        <w:spacing w:after="200"/>
      </w:pPr>
      <w:r>
        <w:rPr>
          <w:b w:val="0"/>
        </w:rPr>
        <w:t>Respuesta correcta C) Puede aumentar el consumo de energía</w:t>
      </w:r>
    </w:p>
    <w:p>
      <w:pPr>
        <w:keepNext/>
        <w:keepLines/>
        <w:spacing w:after="60"/>
      </w:pPr>
      <w:r>
        <w:rPr>
          <w:b/>
        </w:rPr>
        <w:t>74. Para conectar auriculares al móvil sin cable, ¿qué tecnología suele ser la más adecuada?</w:t>
      </w:r>
    </w:p>
    <w:p>
      <w:pPr>
        <w:keepLines/>
        <w:spacing w:after="200"/>
      </w:pPr>
      <w:r>
        <w:rPr>
          <w:b w:val="0"/>
        </w:rPr>
        <w:t>Respuesta correcta A) Bluetooth</w:t>
      </w:r>
    </w:p>
    <w:p>
      <w:r>
        <w:br w:type="page"/>
      </w:r>
    </w:p>
    <w:p>
      <w:pPr>
        <w:pStyle w:val="Heading1"/>
      </w:pPr>
      <w:r>
        <w:t>Bloque 3 Preguntas difíciles</w:t>
      </w:r>
    </w:p>
    <w:p>
      <w:pPr>
        <w:spacing w:after="160"/>
      </w:pPr>
      <w:r>
        <w:rPr>
          <w:b w:val="0"/>
        </w:rPr>
        <w:t>Respuestas 75 a 80</w:t>
      </w:r>
    </w:p>
    <w:p>
      <w:pPr>
        <w:keepNext/>
        <w:keepLines/>
        <w:spacing w:after="60"/>
      </w:pPr>
      <w:r>
        <w:rPr>
          <w:b/>
        </w:rPr>
        <w:t>75. ¿Qué elementos permiten físicamente al móvil conectarse a Wi-Fi?</w:t>
      </w:r>
    </w:p>
    <w:p>
      <w:pPr>
        <w:keepLines/>
        <w:spacing w:after="200"/>
      </w:pPr>
      <w:r>
        <w:rPr>
          <w:b w:val="0"/>
        </w:rPr>
        <w:t>Respuesta correcta A) Circuitos de radio Wi-Fi y antena</w:t>
      </w:r>
    </w:p>
    <w:p>
      <w:pPr>
        <w:keepNext/>
        <w:keepLines/>
        <w:spacing w:after="60"/>
      </w:pPr>
      <w:r>
        <w:rPr>
          <w:b/>
        </w:rPr>
        <w:t>76. ¿Qué función principal cumple la SIM?</w:t>
      </w:r>
    </w:p>
    <w:p>
      <w:pPr>
        <w:keepLines/>
        <w:spacing w:after="200"/>
      </w:pPr>
      <w:r>
        <w:rPr>
          <w:b w:val="0"/>
        </w:rPr>
        <w:t>Respuesta correcta D) Identificar y autenticar al abonado ante el operador móvil</w:t>
      </w:r>
    </w:p>
    <w:p>
      <w:pPr>
        <w:keepNext/>
        <w:keepLines/>
        <w:spacing w:after="60"/>
      </w:pPr>
      <w:r>
        <w:rPr>
          <w:b/>
        </w:rPr>
        <w:t>77. ¿Qué diferencia al giroscopio del acelerómetro?</w:t>
      </w:r>
    </w:p>
    <w:p>
      <w:pPr>
        <w:keepLines/>
        <w:spacing w:after="200"/>
      </w:pPr>
      <w:r>
        <w:rPr>
          <w:b w:val="0"/>
        </w:rPr>
        <w:t>Respuesta correcta A) El giroscopio mide giro y el acelerómetro mide aceleración</w:t>
      </w:r>
    </w:p>
    <w:p>
      <w:pPr>
        <w:keepNext/>
        <w:keepLines/>
        <w:spacing w:after="60"/>
      </w:pPr>
      <w:r>
        <w:rPr>
          <w:b/>
        </w:rPr>
        <w:t>78. Durante una llamada se apaga la pantalla al acercarla a la cara. ¿Qué explicación es correcta?</w:t>
      </w:r>
    </w:p>
    <w:p>
      <w:pPr>
        <w:keepLines/>
        <w:spacing w:after="200"/>
      </w:pPr>
      <w:r>
        <w:rPr>
          <w:b w:val="0"/>
        </w:rPr>
        <w:t>Respuesta correcta C) El sistema actúa al recibir información del sensor de proximidad</w:t>
      </w:r>
    </w:p>
    <w:p>
      <w:pPr>
        <w:keepNext/>
        <w:keepLines/>
        <w:spacing w:after="60"/>
      </w:pPr>
      <w:r>
        <w:rPr>
          <w:b/>
        </w:rPr>
        <w:t>79. ¿En qué se parecen Android y Windows?</w:t>
      </w:r>
    </w:p>
    <w:p>
      <w:pPr>
        <w:keepLines/>
        <w:spacing w:after="200"/>
      </w:pPr>
      <w:r>
        <w:rPr>
          <w:b w:val="0"/>
        </w:rPr>
        <w:t>Respuesta correcta D) Gestionan recursos del equipo y permiten ejecutar aplicaciones compatibles</w:t>
      </w:r>
    </w:p>
    <w:p>
      <w:pPr>
        <w:keepNext/>
        <w:keepLines/>
        <w:spacing w:after="60"/>
      </w:pPr>
      <w:r>
        <w:rPr>
          <w:b/>
        </w:rPr>
        <w:t>80. ¿Qué relación suele existir entre una aplicación y el sistema operativo?</w:t>
      </w:r>
    </w:p>
    <w:p>
      <w:pPr>
        <w:keepLines/>
        <w:spacing w:after="200"/>
      </w:pPr>
      <w:r>
        <w:rPr>
          <w:b w:val="0"/>
        </w:rPr>
        <w:t>Respuesta correcta B) La aplicación utiliza servicios del sistema para acceder a recursos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60"/>
      </w:pPr>
      <w:r>
        <w:rPr>
          <w:b w:val="0"/>
        </w:rPr>
        <w:t>Respuestas 81 a 88</w:t>
      </w:r>
    </w:p>
    <w:p>
      <w:pPr>
        <w:keepNext/>
        <w:keepLines/>
        <w:spacing w:after="60"/>
      </w:pPr>
      <w:r>
        <w:rPr>
          <w:b/>
        </w:rPr>
        <w:t>81. Móvil X tiene 8 GB de RAM y 128 GB de almacenamiento; Y tiene 4 GB y 256 GB. Con lo demás comparable, ¿qué elección es razonable?</w:t>
      </w:r>
    </w:p>
    <w:p>
      <w:pPr>
        <w:keepLines/>
        <w:spacing w:after="200"/>
      </w:pPr>
      <w:r>
        <w:rPr>
          <w:b w:val="0"/>
        </w:rPr>
        <w:t>Respuesta correcta B) X para mantener más apps en memoria; Y para guardar más vídeos</w:t>
      </w:r>
    </w:p>
    <w:p>
      <w:pPr>
        <w:keepNext/>
        <w:keepLines/>
        <w:spacing w:after="60"/>
      </w:pPr>
      <w:r>
        <w:rPr>
          <w:b/>
        </w:rPr>
        <w:t>82. ¿Qué recorrido resume correctamente hacer y guardar una foto?</w:t>
      </w:r>
    </w:p>
    <w:p>
      <w:pPr>
        <w:keepLines/>
        <w:spacing w:after="200"/>
      </w:pPr>
      <w:r>
        <w:rPr>
          <w:b w:val="0"/>
        </w:rPr>
        <w:t>Respuesta correcta C) Luz al sensor, procesamiento, datos temporales y archivo en almacenamiento</w:t>
      </w:r>
    </w:p>
    <w:p>
      <w:pPr>
        <w:keepNext/>
        <w:keepLines/>
        <w:spacing w:after="60"/>
      </w:pPr>
      <w:r>
        <w:rPr>
          <w:b/>
        </w:rPr>
        <w:t>83. Una foto mejora al reducir ruido y ajustar colores tras captarla. ¿Qué función explica esa mejora?</w:t>
      </w:r>
    </w:p>
    <w:p>
      <w:pPr>
        <w:keepLines/>
        <w:spacing w:after="200"/>
      </w:pPr>
      <w:r>
        <w:rPr>
          <w:b w:val="0"/>
        </w:rPr>
        <w:t>Respuesta correcta D) El procesamiento de imagen interpreta y modifica los datos captados</w:t>
      </w:r>
    </w:p>
    <w:p>
      <w:pPr>
        <w:keepNext/>
        <w:keepLines/>
        <w:spacing w:after="60"/>
      </w:pPr>
      <w:r>
        <w:rPr>
          <w:b/>
        </w:rPr>
        <w:t>84. Sin Wi-Fi ni datos móviles, un móvil recibe satélites y tiene mapas descargados. ¿Qué puede hacer?</w:t>
      </w:r>
    </w:p>
    <w:p>
      <w:pPr>
        <w:keepLines/>
        <w:spacing w:after="200"/>
      </w:pPr>
      <w:r>
        <w:rPr>
          <w:b w:val="0"/>
        </w:rPr>
        <w:t>Respuesta correcta A) Determinar su posición y mostrarla en esos mapas</w:t>
      </w:r>
    </w:p>
    <w:p>
      <w:pPr>
        <w:keepNext/>
        <w:keepLines/>
        <w:spacing w:after="60"/>
      </w:pPr>
      <w:r>
        <w:rPr>
          <w:b/>
        </w:rPr>
        <w:t>85. Dos móviles tienen USB-C. ¿Qué puede concluirse sobre sus funciones de datos o vídeo?</w:t>
      </w:r>
    </w:p>
    <w:p>
      <w:pPr>
        <w:keepLines/>
        <w:spacing w:after="200"/>
      </w:pPr>
      <w:r>
        <w:rPr>
          <w:b w:val="0"/>
        </w:rPr>
        <w:t>Respuesta correcta B) Hay que comprobar las prestaciones del puerto, cable y dispositivo</w:t>
      </w:r>
    </w:p>
    <w:p>
      <w:pPr>
        <w:keepNext/>
        <w:keepLines/>
        <w:spacing w:after="60"/>
      </w:pPr>
      <w:r>
        <w:rPr>
          <w:b/>
        </w:rPr>
        <w:t>86. Si se desactiva la respuesta del sistema al sensor de proximidad, ¿qué problema puede aparecer al llamar?</w:t>
      </w:r>
    </w:p>
    <w:p>
      <w:pPr>
        <w:keepLines/>
        <w:spacing w:after="200"/>
      </w:pPr>
      <w:r>
        <w:rPr>
          <w:b w:val="0"/>
        </w:rPr>
        <w:t>Respuesta correcta B) Pulsaciones involuntarias con la cara sobre la pantalla</w:t>
      </w:r>
    </w:p>
    <w:p>
      <w:pPr>
        <w:keepNext/>
        <w:keepLines/>
        <w:spacing w:after="60"/>
      </w:pPr>
      <w:r>
        <w:rPr>
          <w:b/>
        </w:rPr>
        <w:t>87. Una aplicación solicita usar la cámara. ¿Qué papel desempeña el sistema operativo?</w:t>
      </w:r>
    </w:p>
    <w:p>
      <w:pPr>
        <w:keepLines/>
        <w:spacing w:after="200"/>
      </w:pPr>
      <w:r>
        <w:rPr>
          <w:b w:val="0"/>
        </w:rPr>
        <w:t>Respuesta correcta A) Gestionar el acceso al hardware y los permisos correspondientes</w:t>
      </w:r>
    </w:p>
    <w:p>
      <w:pPr>
        <w:keepNext/>
        <w:keepLines/>
        <w:spacing w:after="60"/>
      </w:pPr>
      <w:r>
        <w:rPr>
          <w:b/>
        </w:rPr>
        <w:t>88. ¿Qué relación existe entre Android, iOS, Windows, macOS y Linux?</w:t>
      </w:r>
    </w:p>
    <w:p>
      <w:pPr>
        <w:keepLines/>
        <w:spacing w:after="200"/>
      </w:pPr>
      <w:r>
        <w:rPr>
          <w:b w:val="0"/>
        </w:rPr>
        <w:t>Respuesta correcta D) Todos cumplen funciones de sistema operativo, aunque difieren en compatibilidad y uso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60"/>
      </w:pPr>
      <w:r>
        <w:rPr>
          <w:b w:val="0"/>
        </w:rPr>
        <w:t>Respuestas 89 a 96</w:t>
      </w:r>
    </w:p>
    <w:p>
      <w:pPr>
        <w:keepNext/>
        <w:keepLines/>
        <w:spacing w:after="60"/>
      </w:pPr>
      <w:r>
        <w:rPr>
          <w:b/>
        </w:rPr>
        <w:t>89. Al pulsar un icono de una app cerrada, ¿qué secuencia simplificada es coherente?</w:t>
      </w:r>
    </w:p>
    <w:p>
      <w:pPr>
        <w:keepLines/>
        <w:spacing w:after="200"/>
      </w:pPr>
      <w:r>
        <w:rPr>
          <w:b w:val="0"/>
        </w:rPr>
        <w:t>Respuesta correcta C) El sistema recibe el toque, carga código y datos en RAM, la CPU ejecuta y se muestra el resultado</w:t>
      </w:r>
    </w:p>
    <w:p>
      <w:pPr>
        <w:keepNext/>
        <w:keepLines/>
        <w:spacing w:after="60"/>
      </w:pPr>
      <w:r>
        <w:rPr>
          <w:b/>
        </w:rPr>
        <w:t>90. ¿Qué comparación describe correctamente la alimentación habitual del móvil y del sobremesa?</w:t>
      </w:r>
    </w:p>
    <w:p>
      <w:pPr>
        <w:keepLines/>
        <w:spacing w:after="200"/>
      </w:pPr>
      <w:r>
        <w:rPr>
          <w:b w:val="0"/>
        </w:rPr>
        <w:t>Respuesta correcta D) El móvil usa batería; el sobremesa usa una fuente conectada a la red eléctrica</w:t>
      </w:r>
    </w:p>
    <w:p>
      <w:pPr>
        <w:keepNext/>
        <w:keepLines/>
        <w:spacing w:after="60"/>
      </w:pPr>
      <w:r>
        <w:rPr>
          <w:b/>
        </w:rPr>
        <w:t>91. Un móvil tiene mucha RAM y poco almacenamiento libre. ¿Qué combinación de efectos es posible?</w:t>
      </w:r>
    </w:p>
    <w:p>
      <w:pPr>
        <w:keepLines/>
        <w:spacing w:after="200"/>
      </w:pPr>
      <w:r>
        <w:rPr>
          <w:b w:val="0"/>
        </w:rPr>
        <w:t>Respuesta correcta B) Mantener varias apps en memoria y no poder guardar un vídeo grande</w:t>
      </w:r>
    </w:p>
    <w:p>
      <w:pPr>
        <w:keepNext/>
        <w:keepLines/>
        <w:spacing w:after="60"/>
      </w:pPr>
      <w:r>
        <w:rPr>
          <w:b/>
        </w:rPr>
        <w:t>92. En un modelo ideal, una batería de 5000 mAh entrega 500 mA constantes. ¿Qué autonomía aproximada resulta?</w:t>
      </w:r>
    </w:p>
    <w:p>
      <w:pPr>
        <w:keepLines/>
        <w:spacing w:after="200"/>
      </w:pPr>
      <w:r>
        <w:rPr>
          <w:b w:val="0"/>
        </w:rPr>
        <w:t>Respuesta correcta B) 10 horas, antes de considerar pérdidas y condiciones reales</w:t>
      </w:r>
    </w:p>
    <w:p>
      <w:pPr>
        <w:keepNext/>
        <w:keepLines/>
        <w:spacing w:after="60"/>
      </w:pPr>
      <w:r>
        <w:rPr>
          <w:b/>
        </w:rPr>
        <w:t>93. Se usa navegación GPS con pantalla encendida y actualizaciones de red. ¿Qué explica el consumo total?</w:t>
      </w:r>
    </w:p>
    <w:p>
      <w:pPr>
        <w:keepLines/>
        <w:spacing w:after="200"/>
      </w:pPr>
      <w:r>
        <w:rPr>
          <w:b w:val="0"/>
        </w:rPr>
        <w:t>Respuesta correcta A) Trabajan receptor de posición, procesador, pantalla y comunicaciones</w:t>
      </w:r>
    </w:p>
    <w:p>
      <w:pPr>
        <w:keepNext/>
        <w:keepLines/>
        <w:spacing w:after="60"/>
      </w:pPr>
      <w:r>
        <w:rPr>
          <w:b/>
        </w:rPr>
        <w:t>94. Un juego 3D calienta el móvil y reduce su autonomía. ¿Qué interpretación es razonable?</w:t>
      </w:r>
    </w:p>
    <w:p>
      <w:pPr>
        <w:keepLines/>
        <w:spacing w:after="200"/>
      </w:pPr>
      <w:r>
        <w:rPr>
          <w:b w:val="0"/>
        </w:rPr>
        <w:t>Respuesta correcta C) CPU y GPU trabajan intensamente y parte de la energía se disipa como calor</w:t>
      </w:r>
    </w:p>
    <w:p>
      <w:pPr>
        <w:keepNext/>
        <w:keepLines/>
        <w:spacing w:after="60"/>
      </w:pPr>
      <w:r>
        <w:rPr>
          <w:b/>
        </w:rPr>
        <w:t>95. Un juego genera 60 imágenes por segundo en una pantalla de 120 Hz. ¿Qué afirmación es correcta?</w:t>
      </w:r>
    </w:p>
    <w:p>
      <w:pPr>
        <w:keepLines/>
        <w:spacing w:after="200"/>
      </w:pPr>
      <w:r>
        <w:rPr>
          <w:b w:val="0"/>
        </w:rPr>
        <w:t>Respuesta correcta A) La pantalla puede refrescar a 120 Hz sin que el juego genere 120 imágenes distintas</w:t>
      </w:r>
    </w:p>
    <w:p>
      <w:pPr>
        <w:keepNext/>
        <w:keepLines/>
        <w:spacing w:after="60"/>
      </w:pPr>
      <w:r>
        <w:rPr>
          <w:b/>
        </w:rPr>
        <w:t>96. ¿Qué bloque suele realizar tareas especializadas de procesamiento de las imágenes de cámara?</w:t>
      </w:r>
    </w:p>
    <w:p>
      <w:pPr>
        <w:keepLines/>
        <w:spacing w:after="200"/>
      </w:pPr>
      <w:r>
        <w:rPr>
          <w:b w:val="0"/>
        </w:rPr>
        <w:t>Respuesta correcta C) El ISP, normalmente integrado en el SoC y coordinado con otros componentes</w:t>
      </w:r>
    </w:p>
    <w:p>
      <w:r>
        <w:br w:type="page"/>
      </w:r>
    </w:p>
    <w:p>
      <w:pPr>
        <w:pStyle w:val="Heading1"/>
      </w:pPr>
      <w:r>
        <w:t>Bloque 4 Preguntas muy difíciles</w:t>
      </w:r>
    </w:p>
    <w:p>
      <w:pPr>
        <w:spacing w:after="160"/>
      </w:pPr>
      <w:r>
        <w:rPr>
          <w:b w:val="0"/>
        </w:rPr>
        <w:t>Respuestas 97 a 100</w:t>
      </w:r>
    </w:p>
    <w:p>
      <w:pPr>
        <w:keepNext/>
        <w:keepLines/>
        <w:spacing w:after="60"/>
      </w:pPr>
      <w:r>
        <w:rPr>
          <w:b/>
        </w:rPr>
        <w:t>97. Para ver una foto guardada, ¿qué reparto de funciones es coherente?</w:t>
      </w:r>
    </w:p>
    <w:p>
      <w:pPr>
        <w:keepLines/>
        <w:spacing w:after="200"/>
      </w:pPr>
      <w:r>
        <w:rPr>
          <w:b w:val="0"/>
        </w:rPr>
        <w:t>Respuesta correcta B) Se lee del almacenamiento, se procesa y la pantalla presenta la imagen</w:t>
      </w:r>
    </w:p>
    <w:p>
      <w:pPr>
        <w:keepNext/>
        <w:keepLines/>
        <w:spacing w:after="60"/>
      </w:pPr>
      <w:r>
        <w:rPr>
          <w:b/>
        </w:rPr>
        <w:t>98. Un móvil reconoce orientación vertical u horizontal. ¿Qué explicación es más precisa?</w:t>
      </w:r>
    </w:p>
    <w:p>
      <w:pPr>
        <w:keepLines/>
        <w:spacing w:after="200"/>
      </w:pPr>
      <w:r>
        <w:rPr>
          <w:b w:val="0"/>
        </w:rPr>
        <w:t>Respuesta correcta B) Puede usar la gravedad medida por el acelerómetro y combinar otros sensores</w:t>
      </w:r>
    </w:p>
    <w:p>
      <w:pPr>
        <w:keepNext/>
        <w:keepLines/>
        <w:spacing w:after="60"/>
      </w:pPr>
      <w:r>
        <w:rPr>
          <w:b/>
        </w:rPr>
        <w:t>99. Un teléfono tiene hardware y firmware básico, pero carece de sistema operativo funcional. ¿Qué cabe esperar?</w:t>
      </w:r>
    </w:p>
    <w:p>
      <w:pPr>
        <w:keepLines/>
        <w:spacing w:after="200"/>
      </w:pPr>
      <w:r>
        <w:rPr>
          <w:b w:val="0"/>
        </w:rPr>
        <w:t>Respuesta correcta D) No funcionará como smartphone normal, aunque podría mostrar arranque o recuperación</w:t>
      </w:r>
    </w:p>
    <w:p>
      <w:pPr>
        <w:keepNext/>
        <w:keepLines/>
        <w:spacing w:after="60"/>
      </w:pPr>
      <w:r>
        <w:rPr>
          <w:b/>
        </w:rPr>
        <w:t>100. ¿Qué comparación entre smartphone y ordenador es más precisa?</w:t>
      </w:r>
    </w:p>
    <w:p>
      <w:pPr>
        <w:keepLines/>
        <w:spacing w:after="200"/>
      </w:pPr>
      <w:r>
        <w:rPr>
          <w:b w:val="0"/>
        </w:rPr>
        <w:t>Respuesta correcta A) Comparten procesamiento, memoria y sistema; suelen diferir en tamaño, integración e interacción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Digitalización 4.º ESO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tipo test sobre el smartphone y el ordenador</dc:title>
  <dc:subject>Digitalización 4.º ESO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