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RubikSAM Ficha de la tristeza</w:t>
      </w:r>
    </w:p>
    <w:p>
      <w:pPr>
        <w:pStyle w:val="Heading2"/>
      </w:pPr>
      <w:r>
        <w:t>1 Identificación</w:t>
      </w:r>
    </w:p>
    <w:p>
      <w:r>
        <w:t>Alumno 1: Alex Martín</w:t>
      </w:r>
    </w:p>
    <w:p>
      <w:r>
        <w:t>Alumna 2: Lucía Pérez</w:t>
      </w:r>
    </w:p>
    <w:p>
      <w:r>
        <w:t>Grupo: 2.º ESO</w:t>
      </w:r>
    </w:p>
    <w:p>
      <w:r>
        <w:t>Fecha: 8 de octubre de 2026</w:t>
      </w:r>
    </w:p>
    <w:p>
      <w:pPr>
        <w:pStyle w:val="Heading2"/>
      </w:pPr>
      <w:r>
        <w:t>2 Emoción</w:t>
      </w:r>
    </w:p>
    <w:p>
      <w:r>
        <w:t>Tristeza.</w:t>
      </w:r>
    </w:p>
    <w:p>
      <w:pPr>
        <w:pStyle w:val="Heading2"/>
      </w:pPr>
      <w:r>
        <w:t>3 Imaginación</w:t>
      </w:r>
    </w:p>
    <w:p>
      <w:r>
        <w:t>Pensamos en una despedida y en cómo nos sentiríamos si un amigo se cambiara de colegio. Imaginamos a una persona sentada, con la cabeza baja y mirando una silla vacía. Nos vinieron a la mente colores apagados y un ambiente silencioso.</w:t>
      </w:r>
    </w:p>
    <w:p>
      <w:pPr>
        <w:pStyle w:val="Heading2"/>
      </w:pPr>
      <w:r>
        <w:t>4 Definición</w:t>
      </w:r>
    </w:p>
    <w:p>
      <w:r>
        <w:t>La tristeza es una emoción de pena o desánimo que podemos sentir cuando perdemos algo importante, nos separamos de alguien o vivimos una situación que nos hace daño.</w:t>
      </w:r>
    </w:p>
    <w:p>
      <w:pPr>
        <w:pStyle w:val="Heading2"/>
      </w:pPr>
      <w:r>
        <w:t>5 Significado</w:t>
      </w:r>
    </w:p>
    <w:p>
      <w:r>
        <w:t>Para nosotros, estar triste es sentir que algo nos falta o que algo nos ha dolido. No siempre se nota porque una persona llore: también puede quedarse callada o tener pocas ganas de hacer cosas. Se parece a la nostalgia, pero esta tiene más que ver con echar de menos personas o momentos del pasado.</w:t>
      </w:r>
    </w:p>
    <w:p>
      <w:pPr>
        <w:pStyle w:val="Heading2"/>
      </w:pPr>
      <w:r>
        <w:t>6 Pintura</w:t>
      </w:r>
    </w:p>
    <w:p>
      <w:r>
        <w:t>El viejo guitarrista ciego, de Pablo Picasso, pintado entre finales de 1903 y principios de 1904. Está en el Art Institute of Chicago.</w:t>
      </w:r>
    </w:p>
    <w:p>
      <w:r>
        <w:t>Lo relacionamos con la tristeza porque el personaje tiene la cabeza inclinada y el cuerpo encorvado. Los tonos azules nos transmiten una sensación de frío y silencio. Nos fijamos especialmente en su postura para pensar nuestro dibujo.</w:t>
      </w:r>
    </w:p>
    <w:p>
      <w:pPr>
        <w:pStyle w:val="Heading2"/>
      </w:pPr>
      <w:r>
        <w:t>7 Película</w:t>
      </w:r>
    </w:p>
    <w:p>
      <w:r>
        <w:t>Del revés (Inside Out), dirigida por Pete Docter.</w:t>
      </w:r>
    </w:p>
    <w:p>
      <w:r>
        <w:t>Riley se muda y tiene que acostumbrarse a una casa y un colegio nuevos. La relacionamos con la tristeza porque echa de menos su vida anterior. El personaje Tristeza también nos sirve como referencia por su postura encogida y sus movimientos lentos.</w:t>
      </w:r>
    </w:p>
    <w:p>
      <w:pPr>
        <w:pStyle w:val="Heading2"/>
      </w:pPr>
      <w:r>
        <w:t>8 Libro</w:t>
      </w:r>
    </w:p>
    <w:p>
      <w:r>
        <w:t>Michael Rosen’s Sad Book, de Michael Rosen, con ilustraciones de Quentin Blake.</w:t>
      </w:r>
    </w:p>
    <w:p>
      <w:r>
        <w:t>El autor cuenta su tristeza después de la muerte de su hijo. Lo relacionamos con nuestra emoción porque muestra que se puede estar triste aunque a veces se intente parecer contento. Hemos consultado la presentación del libro en la editorial y en la página del autor.</w:t>
      </w:r>
    </w:p>
    <w:p>
      <w:pPr>
        <w:pStyle w:val="Heading2"/>
      </w:pPr>
      <w:r>
        <w:t>9 Fuentes</w:t>
      </w:r>
    </w:p>
    <w:p>
      <w:r>
        <w:t>Definición: Diccionario de la lengua española, https://dle.rae.es/tristeza</w:t>
      </w:r>
    </w:p>
    <w:p>
      <w:r>
        <w:t>Pintura: Art Institute of Chicago, https://www.artic.edu/artworks/28067/the-old-guitarist</w:t>
      </w:r>
    </w:p>
    <w:p>
      <w:r>
        <w:t>Película: Pixar, https://www.pixar.com/inside-out</w:t>
      </w:r>
    </w:p>
    <w:p>
      <w:r>
        <w:t>Libro: Walker Books, https://www.walker.co.uk/9781406317848/michael-rosens-sad-book/</w:t>
      </w:r>
    </w:p>
    <w:p>
      <w:r>
        <w:t>Libro: Michael Rosen, https://www.michaelrosen.co.uk/portfolio/michael-rosens-sad-book/</w:t>
      </w:r>
    </w:p>
    <w:p>
      <w:pPr>
        <w:pStyle w:val="Heading2"/>
      </w:pPr>
      <w:r>
        <w:t>10 Situación</w:t>
      </w:r>
    </w:p>
    <w:p>
      <w:r>
        <w:t>Una amiga se cambia de ciudad. Su compañero se alegra por las cosas nuevas que ella va a vivir, pero está triste porque ya no se verán todos los días. Después de despedirse, mira la silla que ella ocupaba y se queda un rato en silencio.</w:t>
      </w:r>
    </w:p>
    <w:p>
      <w:pPr>
        <w:pStyle w:val="Heading2"/>
      </w:pPr>
      <w:r>
        <w:t>11 Teatro</w:t>
      </w:r>
    </w:p>
    <w:p>
      <w:r>
        <w:t>Título: La silla vacía.</w:t>
      </w:r>
    </w:p>
    <w:p>
      <w:r>
        <w:t>Alex hace de la persona que se queda y Lucía de la amiga que se marcha.</w:t>
      </w:r>
    </w:p>
    <w:p>
      <w:r>
        <w:t>Al principio, Lucía recoge su mochila y se despide con la mano. Alex le devuelve el saludo. Después, Lucía se aleja y Alex baja la mano lentamente. Al final, Alex se sienta, baja la cabeza y mira la silla vacía. Lucía queda al fondo, de espaldas. La escena dura unos diez segundos y no hablamos.</w:t>
      </w:r>
    </w:p>
    <w:p>
      <w:pPr>
        <w:pStyle w:val="Heading2"/>
      </w:pPr>
      <w:r>
        <w:t>12 Gestos</w:t>
      </w:r>
    </w:p>
    <w:p>
      <w:r>
        <w:t>Alex baja la cabeza y los hombros, mira hacia la silla y deja las manos quietas sobre las piernas. La boca está relajada, sin sonrisa, y las cejas muestran preocupación. Lucía saluda con la mano y se aleja despacio. La pausa final ayuda a mostrar que Alex está triste. No necesitamos representar llanto.</w:t>
      </w:r>
    </w:p>
    <w:p>
      <w:pPr>
        <w:pStyle w:val="Heading2"/>
      </w:pPr>
      <w:r>
        <w:t>13 Dibujo</w:t>
      </w:r>
    </w:p>
    <w:p>
      <w:r>
        <w:t>Dibujaremos a un adolescente sentado a la izquierda y una silla vacía a la derecha. Tendrá la cabeza inclinada y las manos sobre las piernas. Dejaremos bastante espacio alrededor de la silla para que se note la ausencia de su amiga.</w:t>
      </w:r>
    </w:p>
    <w:p>
      <w:r>
        <w:t>Usaremos azul grisáceo, crema y ocre apagado. Las líneas del cuerpo irán hacia abajo y exageraremos un poco la curva de la espalda. Alex dibujará las figuras y Lucía trabajará el color. Revisaremos juntos la composición.</w:t>
      </w:r>
    </w:p>
    <w:p>
      <w:pPr>
        <w:pStyle w:val="Heading2"/>
      </w:pPr>
      <w:r>
        <w:t>14 Transformación</w:t>
      </w:r>
    </w:p>
    <w:p>
      <w:r>
        <w:t>Queremos que la IA conserve al adolescente sentado a la izquierda, la silla vacía a la derecha, la cabeza baja y las manos sobre las piernas. Le pediremos que refuerce la pincelada y la expresión de tristeza, manteniendo los colores apagados y sin añadir palabras.</w:t>
      </w:r>
    </w:p>
    <w:p>
      <w:r>
        <w:t>Después compararemos las imágenes para comprobar si conserva la postura y el espacio vacío. Nos fijaremos en que los cambios del rostro y del color sigan transmitiendo lo que queríamos representar.</w:t>
      </w:r>
    </w:p>
    <w:p>
      <w:pPr>
        <w:pStyle w:val="Heading2"/>
      </w:pPr>
      <w:r>
        <w:t>15 Exposición</w:t>
      </w:r>
    </w:p>
    <w:p>
      <w:r>
        <w:t>Primero mostraremos la imagen sin decir qué emoción es. Alex leerá la definición y explicará la situación. Lucía presentará el cuadro, la película y el libro. Después haremos juntos la escena.</w:t>
      </w:r>
    </w:p>
    <w:p>
      <w:r>
        <w:t>Alex explicará la postura y la composición del dibujo, y Lucía los colores y las indicaciones para la IA. Los dos comentaremos la transformación y escucharemos las interpretaciones de la clase. Al terminar, pegaremos nuestra imagen en el cuadrado asignado.</w:t>
      </w:r>
    </w:p>
    <w:p>
      <w:pPr>
        <w:pStyle w:val="Heading2"/>
      </w:pPr>
      <w:r>
        <w:t>16 Póster</w:t>
      </w:r>
    </w:p>
    <w:p>
      <w:r>
        <w:t>Título: La silla vacía.</w:t>
      </w:r>
    </w:p>
    <w:p>
      <w:r>
        <w:t>Imagen: nuestro dibujo del adolescente sentado junto a la silla vacía.</w:t>
      </w:r>
    </w:p>
    <w:p>
      <w:r>
        <w:t>Texto: «La tristeza aparece después de una despedida. La mirada baja, las manos quietas y la silla vacía muestran que el personaje echa de menos a su amiga. Hemos utilizado colores apagados y una postura encogida para expresarlo. Partimos de un dibujo propio que desarrollaremos con inteligencia artificial».</w:t>
      </w:r>
    </w:p>
    <w:p>
      <w:r>
        <w:t>El póster será A3 vertical, con el título arriba, la imagen en el centro y el texto debajo.</w:t>
      </w:r>
    </w:p>
    <w:p>
      <w:pPr>
        <w:pStyle w:val="Heading2"/>
      </w:pPr>
      <w:r>
        <w:t>17 Reflexión</w:t>
      </w:r>
    </w:p>
    <w:p>
      <w:r>
        <w:t>Hemos aprendido que se puede representar la tristeza sin dibujar lágrimas. La postura, las manos y el espacio vacío también ayudan a comunicarla. Además, una persona puede estar triste por una despedida y alegrarse por su amiga al mismo tiempo.</w:t>
      </w:r>
    </w:p>
    <w:p>
      <w:r>
        <w:t>En la exposición preguntaremos a los compañeros qué emoción ven y qué detalles les hacen pensar eso. Así podremos comprobar si el dibujo se entiende como queremos. También compararemos la versión de IA para ver si mantiene nuestra idea.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RubikSAM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